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200F8" w14:textId="77777777" w:rsidR="001C0EB8" w:rsidRDefault="00E72898" w:rsidP="007577C2">
      <w:pPr>
        <w:pStyle w:val="Heading1"/>
        <w:spacing w:line="240" w:lineRule="auto"/>
        <w:jc w:val="center"/>
      </w:pPr>
      <w:r>
        <w:t>MASSACHUSETTS POST COMMISSION</w:t>
      </w:r>
      <w:r>
        <w:br/>
        <w:t>USE OF FORCE REPORTING FORM</w:t>
      </w:r>
    </w:p>
    <w:p w14:paraId="2BEB0E71" w14:textId="77777777" w:rsidR="00BF21F6" w:rsidRPr="00F63B22" w:rsidRDefault="00BF21F6">
      <w:pPr>
        <w:rPr>
          <w:b/>
          <w:sz w:val="4"/>
          <w:szCs w:val="2"/>
        </w:rPr>
      </w:pPr>
    </w:p>
    <w:p w14:paraId="7878B487" w14:textId="5CCFD353" w:rsidR="001C0EB8" w:rsidRDefault="00E72898">
      <w:r>
        <w:rPr>
          <w:b/>
          <w:sz w:val="24"/>
        </w:rPr>
        <w:t>1. REPORT BASICS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6"/>
        <w:gridCol w:w="4314"/>
      </w:tblGrid>
      <w:tr w:rsidR="001C0EB8" w14:paraId="028C0AE4" w14:textId="77777777">
        <w:trPr>
          <w:jc w:val="center"/>
        </w:trPr>
        <w:tc>
          <w:tcPr>
            <w:tcW w:w="4320" w:type="dxa"/>
          </w:tcPr>
          <w:p w14:paraId="49B28CF6" w14:textId="77777777" w:rsidR="001C0EB8" w:rsidRDefault="00E72898">
            <w:r w:rsidRPr="00B660AB">
              <w:t>Reporting Officer</w:t>
            </w:r>
          </w:p>
        </w:tc>
        <w:tc>
          <w:tcPr>
            <w:tcW w:w="4320" w:type="dxa"/>
          </w:tcPr>
          <w:p w14:paraId="61D6A530" w14:textId="77777777" w:rsidR="001C0EB8" w:rsidRDefault="001C0EB8"/>
        </w:tc>
      </w:tr>
      <w:tr w:rsidR="0063374F" w:rsidRPr="00B252ED" w14:paraId="4AB75E16" w14:textId="77777777">
        <w:trPr>
          <w:jc w:val="center"/>
        </w:trPr>
        <w:tc>
          <w:tcPr>
            <w:tcW w:w="4320" w:type="dxa"/>
          </w:tcPr>
          <w:p w14:paraId="5B0E884E" w14:textId="6B52AEAF" w:rsidR="0063374F" w:rsidRPr="00B252ED" w:rsidRDefault="0063374F">
            <w:r w:rsidRPr="00B252ED">
              <w:t>Agency Name</w:t>
            </w:r>
          </w:p>
        </w:tc>
        <w:tc>
          <w:tcPr>
            <w:tcW w:w="4320" w:type="dxa"/>
          </w:tcPr>
          <w:p w14:paraId="5790025C" w14:textId="77777777" w:rsidR="0063374F" w:rsidRPr="00B252ED" w:rsidRDefault="0063374F"/>
        </w:tc>
      </w:tr>
      <w:tr w:rsidR="001C0EB8" w:rsidRPr="009F744B" w14:paraId="05A6CF88" w14:textId="77777777">
        <w:trPr>
          <w:jc w:val="center"/>
        </w:trPr>
        <w:tc>
          <w:tcPr>
            <w:tcW w:w="4320" w:type="dxa"/>
          </w:tcPr>
          <w:p w14:paraId="518A883F" w14:textId="77777777" w:rsidR="001C0EB8" w:rsidRPr="009F744B" w:rsidRDefault="00E72898">
            <w:r w:rsidRPr="009F744B">
              <w:t>Report Date</w:t>
            </w:r>
          </w:p>
        </w:tc>
        <w:tc>
          <w:tcPr>
            <w:tcW w:w="4320" w:type="dxa"/>
          </w:tcPr>
          <w:p w14:paraId="4A99B44D" w14:textId="77777777" w:rsidR="001C0EB8" w:rsidRPr="009F744B" w:rsidRDefault="001C0EB8"/>
        </w:tc>
      </w:tr>
    </w:tbl>
    <w:p w14:paraId="45A2A3CE" w14:textId="77777777" w:rsidR="007577C2" w:rsidRDefault="007577C2">
      <w:pPr>
        <w:rPr>
          <w:b/>
          <w:sz w:val="24"/>
        </w:rPr>
      </w:pPr>
    </w:p>
    <w:p w14:paraId="6B745AE9" w14:textId="4514AFA2" w:rsidR="001C0EB8" w:rsidRPr="00B9426B" w:rsidRDefault="00E72898">
      <w:r w:rsidRPr="00B9426B">
        <w:rPr>
          <w:b/>
          <w:sz w:val="24"/>
        </w:rPr>
        <w:t>2. INCIDENT BASICS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1C0EB8" w:rsidRPr="00B9426B" w14:paraId="6498C684" w14:textId="77777777">
        <w:trPr>
          <w:jc w:val="center"/>
        </w:trPr>
        <w:tc>
          <w:tcPr>
            <w:tcW w:w="4320" w:type="dxa"/>
          </w:tcPr>
          <w:p w14:paraId="69D099EC" w14:textId="31B75A90" w:rsidR="001C0EB8" w:rsidRPr="00B9426B" w:rsidRDefault="00E72898">
            <w:r w:rsidRPr="00B9426B">
              <w:t>Incident</w:t>
            </w:r>
            <w:r w:rsidR="0063374F" w:rsidRPr="00B9426B">
              <w:t>/Case</w:t>
            </w:r>
            <w:r w:rsidRPr="00B9426B">
              <w:t xml:space="preserve"> Number</w:t>
            </w:r>
          </w:p>
        </w:tc>
        <w:tc>
          <w:tcPr>
            <w:tcW w:w="4320" w:type="dxa"/>
          </w:tcPr>
          <w:p w14:paraId="02ADE78D" w14:textId="77777777" w:rsidR="001C0EB8" w:rsidRPr="00B9426B" w:rsidRDefault="001C0EB8"/>
        </w:tc>
      </w:tr>
      <w:tr w:rsidR="001C0EB8" w:rsidRPr="00B9426B" w14:paraId="3708CCD9" w14:textId="77777777">
        <w:trPr>
          <w:jc w:val="center"/>
        </w:trPr>
        <w:tc>
          <w:tcPr>
            <w:tcW w:w="4320" w:type="dxa"/>
          </w:tcPr>
          <w:p w14:paraId="54049BEF" w14:textId="77777777" w:rsidR="001C0EB8" w:rsidRPr="00B9426B" w:rsidRDefault="00E72898">
            <w:r w:rsidRPr="00B9426B">
              <w:t>Incident Date</w:t>
            </w:r>
          </w:p>
        </w:tc>
        <w:tc>
          <w:tcPr>
            <w:tcW w:w="4320" w:type="dxa"/>
          </w:tcPr>
          <w:p w14:paraId="4FDEF278" w14:textId="77777777" w:rsidR="001C0EB8" w:rsidRPr="00B9426B" w:rsidRDefault="001C0EB8"/>
        </w:tc>
      </w:tr>
      <w:tr w:rsidR="001C0EB8" w:rsidRPr="00B9426B" w14:paraId="09C0C511" w14:textId="77777777">
        <w:trPr>
          <w:jc w:val="center"/>
        </w:trPr>
        <w:tc>
          <w:tcPr>
            <w:tcW w:w="4320" w:type="dxa"/>
          </w:tcPr>
          <w:p w14:paraId="67A75FD8" w14:textId="77777777" w:rsidR="001C0EB8" w:rsidRPr="00B9426B" w:rsidRDefault="00E72898">
            <w:r w:rsidRPr="00B9426B">
              <w:t>Incident Time</w:t>
            </w:r>
          </w:p>
        </w:tc>
        <w:tc>
          <w:tcPr>
            <w:tcW w:w="4320" w:type="dxa"/>
          </w:tcPr>
          <w:p w14:paraId="1B14D875" w14:textId="77777777" w:rsidR="001C0EB8" w:rsidRPr="00B9426B" w:rsidRDefault="001C0EB8"/>
        </w:tc>
      </w:tr>
      <w:tr w:rsidR="008D6E0A" w:rsidRPr="00B9426B" w14:paraId="72D58E0B" w14:textId="77777777">
        <w:trPr>
          <w:jc w:val="center"/>
        </w:trPr>
        <w:tc>
          <w:tcPr>
            <w:tcW w:w="4320" w:type="dxa"/>
          </w:tcPr>
          <w:p w14:paraId="12A2E275" w14:textId="2B23072E" w:rsidR="008D6E0A" w:rsidRPr="00B9426B" w:rsidRDefault="008D6E0A">
            <w:r w:rsidRPr="00B9426B">
              <w:t>Location Address</w:t>
            </w:r>
          </w:p>
        </w:tc>
        <w:tc>
          <w:tcPr>
            <w:tcW w:w="4320" w:type="dxa"/>
          </w:tcPr>
          <w:p w14:paraId="0DD65708" w14:textId="77777777" w:rsidR="008D6E0A" w:rsidRPr="00B9426B" w:rsidRDefault="008D6E0A"/>
        </w:tc>
      </w:tr>
      <w:tr w:rsidR="001C0EB8" w:rsidRPr="00B9426B" w14:paraId="1F6545BC" w14:textId="77777777">
        <w:trPr>
          <w:jc w:val="center"/>
        </w:trPr>
        <w:tc>
          <w:tcPr>
            <w:tcW w:w="4320" w:type="dxa"/>
          </w:tcPr>
          <w:p w14:paraId="4354D85F" w14:textId="1DE01893" w:rsidR="001C0EB8" w:rsidRPr="00B9426B" w:rsidRDefault="00E72898">
            <w:r w:rsidRPr="00B9426B">
              <w:t>Location</w:t>
            </w:r>
            <w:r w:rsidR="00D72401" w:rsidRPr="00B9426B">
              <w:t xml:space="preserve"> Type</w:t>
            </w:r>
          </w:p>
        </w:tc>
        <w:tc>
          <w:tcPr>
            <w:tcW w:w="4320" w:type="dxa"/>
          </w:tcPr>
          <w:p w14:paraId="28FD7B05" w14:textId="77777777" w:rsidR="001C0EB8" w:rsidRPr="00B9426B" w:rsidRDefault="00E72898">
            <w:r w:rsidRPr="00B9426B">
              <w:t>☐ Indoor   ☐ Outdoor   ☐ Station   ☐ Residence   ☐ Business   ☐ Hospital   ☐ Other_____</w:t>
            </w:r>
          </w:p>
        </w:tc>
      </w:tr>
    </w:tbl>
    <w:p w14:paraId="3AE10164" w14:textId="77777777" w:rsidR="0063374F" w:rsidRPr="00F95A1B" w:rsidRDefault="0063374F">
      <w:pPr>
        <w:rPr>
          <w:b/>
          <w:sz w:val="2"/>
          <w:szCs w:val="2"/>
        </w:rPr>
      </w:pPr>
    </w:p>
    <w:p w14:paraId="0B310BC0" w14:textId="092DBE0F" w:rsidR="001C0EB8" w:rsidRPr="00B9426B" w:rsidRDefault="00E72898">
      <w:r w:rsidRPr="00B9426B">
        <w:rPr>
          <w:b/>
          <w:sz w:val="24"/>
        </w:rPr>
        <w:t>3. INVOLVED OFFICER(S)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1C0EB8" w:rsidRPr="00B9426B" w14:paraId="28BF688A" w14:textId="77777777" w:rsidTr="006C78E5">
        <w:trPr>
          <w:jc w:val="center"/>
        </w:trPr>
        <w:tc>
          <w:tcPr>
            <w:tcW w:w="4315" w:type="dxa"/>
          </w:tcPr>
          <w:p w14:paraId="739C7F0B" w14:textId="77777777" w:rsidR="001C0EB8" w:rsidRPr="00B9426B" w:rsidRDefault="00E72898">
            <w:r w:rsidRPr="00B9426B">
              <w:t>Officer Name</w:t>
            </w:r>
          </w:p>
        </w:tc>
        <w:tc>
          <w:tcPr>
            <w:tcW w:w="4315" w:type="dxa"/>
          </w:tcPr>
          <w:p w14:paraId="55C2AEF9" w14:textId="77777777" w:rsidR="001C0EB8" w:rsidRPr="00B9426B" w:rsidRDefault="001C0EB8"/>
        </w:tc>
      </w:tr>
      <w:tr w:rsidR="001C0EB8" w:rsidRPr="00B9426B" w14:paraId="7E93F363" w14:textId="77777777" w:rsidTr="006C78E5">
        <w:trPr>
          <w:jc w:val="center"/>
        </w:trPr>
        <w:tc>
          <w:tcPr>
            <w:tcW w:w="4315" w:type="dxa"/>
          </w:tcPr>
          <w:p w14:paraId="521A470E" w14:textId="77777777" w:rsidR="001C0EB8" w:rsidRPr="00B9426B" w:rsidRDefault="00E72898">
            <w:r w:rsidRPr="00B9426B">
              <w:t>Arrival Uniform</w:t>
            </w:r>
          </w:p>
        </w:tc>
        <w:tc>
          <w:tcPr>
            <w:tcW w:w="4315" w:type="dxa"/>
          </w:tcPr>
          <w:p w14:paraId="5524C485" w14:textId="02D27055" w:rsidR="001C0EB8" w:rsidRPr="00B9426B" w:rsidRDefault="00E72898">
            <w:r w:rsidRPr="00B9426B">
              <w:t>☐ Full   ☐ Partial   ☐ Plainclothes</w:t>
            </w:r>
            <w:r w:rsidR="6455E12A" w:rsidRPr="00B9426B">
              <w:t xml:space="preserve">  </w:t>
            </w:r>
          </w:p>
        </w:tc>
      </w:tr>
      <w:tr w:rsidR="001C0EB8" w:rsidRPr="00B9426B" w14:paraId="1F2AA088" w14:textId="77777777" w:rsidTr="006C78E5">
        <w:trPr>
          <w:jc w:val="center"/>
        </w:trPr>
        <w:tc>
          <w:tcPr>
            <w:tcW w:w="4315" w:type="dxa"/>
          </w:tcPr>
          <w:p w14:paraId="0CED0B56" w14:textId="151B162C" w:rsidR="001C0EB8" w:rsidRPr="00B9426B" w:rsidRDefault="0063374F">
            <w:r w:rsidRPr="00B9426B">
              <w:t xml:space="preserve">If Plainclothes, Describe Visual </w:t>
            </w:r>
            <w:r w:rsidR="00E72898" w:rsidRPr="00B9426B">
              <w:t>Police Identification</w:t>
            </w:r>
            <w:r w:rsidRPr="00B9426B">
              <w:t>:</w:t>
            </w:r>
          </w:p>
        </w:tc>
        <w:tc>
          <w:tcPr>
            <w:tcW w:w="4315" w:type="dxa"/>
          </w:tcPr>
          <w:p w14:paraId="7CD8AB25" w14:textId="77777777" w:rsidR="001C0EB8" w:rsidRPr="00B9426B" w:rsidRDefault="001C0EB8"/>
        </w:tc>
      </w:tr>
      <w:tr w:rsidR="00334F4B" w:rsidRPr="00B9426B" w14:paraId="4C0AD909" w14:textId="77777777" w:rsidTr="006C78E5">
        <w:trPr>
          <w:jc w:val="center"/>
        </w:trPr>
        <w:tc>
          <w:tcPr>
            <w:tcW w:w="4315" w:type="dxa"/>
          </w:tcPr>
          <w:p w14:paraId="74276F3A" w14:textId="1F9967EE" w:rsidR="00334F4B" w:rsidRPr="00B9426B" w:rsidRDefault="0092285A">
            <w:r w:rsidRPr="00B9426B">
              <w:t>Duty Status</w:t>
            </w:r>
          </w:p>
        </w:tc>
        <w:tc>
          <w:tcPr>
            <w:tcW w:w="4315" w:type="dxa"/>
          </w:tcPr>
          <w:p w14:paraId="27E30A32" w14:textId="612AAD21" w:rsidR="00334F4B" w:rsidRPr="00B9426B" w:rsidRDefault="00DE6933">
            <w:r w:rsidRPr="00B9426B">
              <w:t>☐ On Duty   ☐ Off Duty</w:t>
            </w:r>
          </w:p>
        </w:tc>
      </w:tr>
      <w:tr w:rsidR="001C0EB8" w:rsidRPr="00B9426B" w14:paraId="6C142D72" w14:textId="77777777" w:rsidTr="006C78E5">
        <w:trPr>
          <w:jc w:val="center"/>
        </w:trPr>
        <w:tc>
          <w:tcPr>
            <w:tcW w:w="4315" w:type="dxa"/>
          </w:tcPr>
          <w:p w14:paraId="415D3F13" w14:textId="655B0041" w:rsidR="001C0EB8" w:rsidRPr="00B9426B" w:rsidRDefault="0063374F">
            <w:r w:rsidRPr="00B9426B">
              <w:t>Involvement</w:t>
            </w:r>
          </w:p>
        </w:tc>
        <w:tc>
          <w:tcPr>
            <w:tcW w:w="4315" w:type="dxa"/>
          </w:tcPr>
          <w:p w14:paraId="02A0E6B2" w14:textId="7DADE3E5" w:rsidR="001C0EB8" w:rsidRPr="00B9426B" w:rsidRDefault="00E72898">
            <w:r w:rsidRPr="00B9426B">
              <w:t>☐ Used Force   ☐ Intervened</w:t>
            </w:r>
          </w:p>
          <w:p w14:paraId="31498230" w14:textId="188C6B7C" w:rsidR="001C0EB8" w:rsidRPr="00B9426B" w:rsidRDefault="4B7720B4">
            <w:r w:rsidRPr="00B9426B">
              <w:t>[</w:t>
            </w:r>
            <w:r w:rsidR="1F3250FC" w:rsidRPr="00B9426B">
              <w:t>If Intervened, submit Supervisor Report with Officer Statement</w:t>
            </w:r>
            <w:r w:rsidR="7DCFCAAA" w:rsidRPr="00B9426B">
              <w:t xml:space="preserve"> included]</w:t>
            </w:r>
          </w:p>
        </w:tc>
      </w:tr>
      <w:tr w:rsidR="001C0EB8" w:rsidRPr="00B9426B" w14:paraId="1D6B6D82" w14:textId="77777777" w:rsidTr="006C78E5">
        <w:trPr>
          <w:jc w:val="center"/>
        </w:trPr>
        <w:tc>
          <w:tcPr>
            <w:tcW w:w="4315" w:type="dxa"/>
          </w:tcPr>
          <w:p w14:paraId="5D206F97" w14:textId="77777777" w:rsidR="001C0EB8" w:rsidRPr="00B9426B" w:rsidRDefault="00E72898">
            <w:r w:rsidRPr="00B9426B">
              <w:t>Officer Injured</w:t>
            </w:r>
          </w:p>
        </w:tc>
        <w:tc>
          <w:tcPr>
            <w:tcW w:w="4315" w:type="dxa"/>
          </w:tcPr>
          <w:p w14:paraId="4065D364" w14:textId="1BB9F117" w:rsidR="001C0EB8" w:rsidRPr="00B9426B" w:rsidRDefault="00E72898">
            <w:r w:rsidRPr="00B9426B">
              <w:t>☐ No   ☐ Minor   ☐ Serious</w:t>
            </w:r>
            <w:r w:rsidR="0063374F" w:rsidRPr="00B9426B">
              <w:t xml:space="preserve"> Injury</w:t>
            </w:r>
            <w:r w:rsidRPr="00B9426B">
              <w:t xml:space="preserve">   ☐ Death</w:t>
            </w:r>
          </w:p>
        </w:tc>
      </w:tr>
      <w:tr w:rsidR="001C0EB8" w:rsidRPr="00B252ED" w14:paraId="6033CB0F" w14:textId="77777777" w:rsidTr="006C78E5">
        <w:trPr>
          <w:jc w:val="center"/>
        </w:trPr>
        <w:tc>
          <w:tcPr>
            <w:tcW w:w="4315" w:type="dxa"/>
          </w:tcPr>
          <w:p w14:paraId="3D54E753" w14:textId="6F25B845" w:rsidR="001C0EB8" w:rsidRPr="00B252ED" w:rsidRDefault="00E72898">
            <w:r w:rsidRPr="00B9426B">
              <w:t>Describe Injuries</w:t>
            </w:r>
            <w:r w:rsidR="0063374F" w:rsidRPr="00B9426B">
              <w:t>:</w:t>
            </w:r>
          </w:p>
        </w:tc>
        <w:tc>
          <w:tcPr>
            <w:tcW w:w="4315" w:type="dxa"/>
          </w:tcPr>
          <w:p w14:paraId="7D3B1F7C" w14:textId="77777777" w:rsidR="001C0EB8" w:rsidRPr="00B252ED" w:rsidRDefault="001C0EB8"/>
        </w:tc>
      </w:tr>
    </w:tbl>
    <w:p w14:paraId="380D55C9" w14:textId="77777777" w:rsidR="00F95A1B" w:rsidRPr="00F16540" w:rsidRDefault="00F95A1B">
      <w:pPr>
        <w:rPr>
          <w:b/>
          <w:sz w:val="8"/>
          <w:szCs w:val="8"/>
        </w:rPr>
      </w:pPr>
    </w:p>
    <w:p w14:paraId="3E01F7C2" w14:textId="5B787AD6" w:rsidR="001C0EB8" w:rsidRPr="00B9426B" w:rsidRDefault="00E72898">
      <w:r w:rsidRPr="00B9426B">
        <w:rPr>
          <w:b/>
          <w:sz w:val="24"/>
        </w:rPr>
        <w:t>4. INVOLVED SUBJECT(S)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1C0EB8" w:rsidRPr="00B9426B" w14:paraId="2361DA49" w14:textId="77777777" w:rsidTr="00524277">
        <w:trPr>
          <w:jc w:val="center"/>
        </w:trPr>
        <w:tc>
          <w:tcPr>
            <w:tcW w:w="4315" w:type="dxa"/>
          </w:tcPr>
          <w:p w14:paraId="6C8AAA3C" w14:textId="77777777" w:rsidR="001C0EB8" w:rsidRPr="00B9426B" w:rsidRDefault="00E72898">
            <w:r w:rsidRPr="00B9426B">
              <w:t>Name</w:t>
            </w:r>
          </w:p>
        </w:tc>
        <w:tc>
          <w:tcPr>
            <w:tcW w:w="4315" w:type="dxa"/>
          </w:tcPr>
          <w:p w14:paraId="1EB1BB0E" w14:textId="77777777" w:rsidR="001C0EB8" w:rsidRPr="00B9426B" w:rsidRDefault="001C0EB8"/>
        </w:tc>
      </w:tr>
      <w:tr w:rsidR="001C0EB8" w:rsidRPr="00B9426B" w14:paraId="0186D8A0" w14:textId="77777777" w:rsidTr="00524277">
        <w:trPr>
          <w:jc w:val="center"/>
        </w:trPr>
        <w:tc>
          <w:tcPr>
            <w:tcW w:w="4315" w:type="dxa"/>
          </w:tcPr>
          <w:p w14:paraId="7BFFDFF5" w14:textId="2371A67C" w:rsidR="001C0EB8" w:rsidRPr="00B9426B" w:rsidRDefault="00E72898">
            <w:r w:rsidRPr="00E966DE">
              <w:t>DOB</w:t>
            </w:r>
            <w:r w:rsidR="00957D18">
              <w:t xml:space="preserve"> </w:t>
            </w:r>
          </w:p>
        </w:tc>
        <w:tc>
          <w:tcPr>
            <w:tcW w:w="4315" w:type="dxa"/>
          </w:tcPr>
          <w:p w14:paraId="223FB81C" w14:textId="77777777" w:rsidR="001C0EB8" w:rsidRPr="00B9426B" w:rsidRDefault="001C0EB8"/>
        </w:tc>
      </w:tr>
      <w:tr w:rsidR="001C0EB8" w:rsidRPr="00B9426B" w14:paraId="5D1B7457" w14:textId="77777777" w:rsidTr="00524277">
        <w:trPr>
          <w:jc w:val="center"/>
        </w:trPr>
        <w:tc>
          <w:tcPr>
            <w:tcW w:w="4315" w:type="dxa"/>
          </w:tcPr>
          <w:p w14:paraId="54CBE358" w14:textId="77777777" w:rsidR="00E02A42" w:rsidRPr="00725D77" w:rsidRDefault="00E72898" w:rsidP="00E02A42">
            <w:pPr>
              <w:rPr>
                <w:bCs/>
              </w:rPr>
            </w:pPr>
            <w:r w:rsidRPr="00B9426B">
              <w:t>Race</w:t>
            </w:r>
            <w:r w:rsidR="00B55C22">
              <w:t>/Ethnicity</w:t>
            </w:r>
            <w:r w:rsidR="00E02A42">
              <w:t xml:space="preserve"> </w:t>
            </w:r>
            <w:r w:rsidR="00E02A42" w:rsidRPr="00725D77">
              <w:rPr>
                <w:bCs/>
              </w:rPr>
              <w:t>(select all that apply)</w:t>
            </w:r>
          </w:p>
          <w:p w14:paraId="2D312C6C" w14:textId="2CDD8681" w:rsidR="001C0EB8" w:rsidRPr="00B9426B" w:rsidRDefault="001C0EB8"/>
        </w:tc>
        <w:tc>
          <w:tcPr>
            <w:tcW w:w="4315" w:type="dxa"/>
          </w:tcPr>
          <w:p w14:paraId="68658629" w14:textId="77777777" w:rsidR="00CB6822" w:rsidRDefault="00E72898">
            <w:r w:rsidRPr="00B9426B">
              <w:t>☐ A</w:t>
            </w:r>
            <w:r w:rsidR="0063374F" w:rsidRPr="00B9426B">
              <w:t>merican Indian</w:t>
            </w:r>
            <w:r w:rsidRPr="00B9426B">
              <w:t>/A</w:t>
            </w:r>
            <w:r w:rsidR="0063374F" w:rsidRPr="00B9426B">
              <w:t xml:space="preserve">laska </w:t>
            </w:r>
            <w:r w:rsidRPr="00B9426B">
              <w:t>N</w:t>
            </w:r>
            <w:r w:rsidR="0063374F" w:rsidRPr="00B9426B">
              <w:t>ative</w:t>
            </w:r>
            <w:r w:rsidRPr="00B9426B">
              <w:t xml:space="preserve">   </w:t>
            </w:r>
          </w:p>
          <w:p w14:paraId="2C62090C" w14:textId="0F667364" w:rsidR="0063374F" w:rsidRPr="00B9426B" w:rsidRDefault="00E72898">
            <w:r w:rsidRPr="00B9426B">
              <w:t xml:space="preserve">☐ Asian   </w:t>
            </w:r>
          </w:p>
          <w:p w14:paraId="3A79F78B" w14:textId="77777777" w:rsidR="00CB6822" w:rsidRDefault="00E72898">
            <w:r w:rsidRPr="00B9426B">
              <w:t>☐ Black</w:t>
            </w:r>
            <w:r w:rsidR="0063374F" w:rsidRPr="00B9426B">
              <w:t>/African American</w:t>
            </w:r>
            <w:r w:rsidRPr="00B9426B">
              <w:t xml:space="preserve">   </w:t>
            </w:r>
          </w:p>
          <w:p w14:paraId="12AD571B" w14:textId="3B667E89" w:rsidR="0063374F" w:rsidRPr="00B9426B" w:rsidRDefault="00E72898">
            <w:r w:rsidRPr="00B9426B">
              <w:t xml:space="preserve">☐ </w:t>
            </w:r>
            <w:r w:rsidR="00B55C22">
              <w:t>Hispanic</w:t>
            </w:r>
            <w:r w:rsidR="00056305">
              <w:t xml:space="preserve"> or </w:t>
            </w:r>
            <w:r w:rsidR="0063374F" w:rsidRPr="00B9426B">
              <w:t>Latino</w:t>
            </w:r>
            <w:r w:rsidR="00B24A62" w:rsidRPr="00B9426B">
              <w:t>(a)</w:t>
            </w:r>
            <w:r w:rsidRPr="00B9426B">
              <w:t xml:space="preserve">   </w:t>
            </w:r>
          </w:p>
          <w:p w14:paraId="5C5BED5B" w14:textId="6FEAD47D" w:rsidR="00CB6822" w:rsidRDefault="00D86B13">
            <w:r w:rsidRPr="00B9426B">
              <w:t xml:space="preserve">☐ </w:t>
            </w:r>
            <w:r w:rsidR="00CB6822">
              <w:t>Middle Eastern or North African (MENA)</w:t>
            </w:r>
          </w:p>
          <w:p w14:paraId="680115BE" w14:textId="39FA8F65" w:rsidR="004259C2" w:rsidRDefault="00E72898">
            <w:r w:rsidRPr="00B9426B">
              <w:t>☐ N</w:t>
            </w:r>
            <w:r w:rsidR="0063374F" w:rsidRPr="00B9426B">
              <w:t xml:space="preserve">ative </w:t>
            </w:r>
            <w:r w:rsidRPr="00B9426B">
              <w:t>H</w:t>
            </w:r>
            <w:r w:rsidR="0063374F" w:rsidRPr="00B9426B">
              <w:t>awaiian</w:t>
            </w:r>
            <w:r w:rsidRPr="00B9426B">
              <w:t>/P</w:t>
            </w:r>
            <w:r w:rsidR="0063374F" w:rsidRPr="00B9426B">
              <w:t>acific Islander</w:t>
            </w:r>
            <w:r w:rsidRPr="00B9426B">
              <w:t xml:space="preserve">    </w:t>
            </w:r>
          </w:p>
          <w:p w14:paraId="1893D75E" w14:textId="391B510C" w:rsidR="0063374F" w:rsidRPr="00B9426B" w:rsidRDefault="00E72898">
            <w:r w:rsidRPr="00B9426B">
              <w:t xml:space="preserve">☐ White   </w:t>
            </w:r>
          </w:p>
          <w:p w14:paraId="5281EAD9" w14:textId="48524E54" w:rsidR="001C0EB8" w:rsidRPr="00B9426B" w:rsidRDefault="00E72898">
            <w:r w:rsidRPr="00B9426B">
              <w:t>☐ Unknown</w:t>
            </w:r>
          </w:p>
        </w:tc>
      </w:tr>
      <w:tr w:rsidR="001C0EB8" w:rsidRPr="00B9426B" w14:paraId="339D873E" w14:textId="77777777" w:rsidTr="00524277">
        <w:trPr>
          <w:jc w:val="center"/>
        </w:trPr>
        <w:tc>
          <w:tcPr>
            <w:tcW w:w="4315" w:type="dxa"/>
          </w:tcPr>
          <w:p w14:paraId="014B062D" w14:textId="77777777" w:rsidR="001C0EB8" w:rsidRPr="00B9426B" w:rsidRDefault="00E72898">
            <w:r w:rsidRPr="00B9426B">
              <w:t>Gender</w:t>
            </w:r>
          </w:p>
        </w:tc>
        <w:tc>
          <w:tcPr>
            <w:tcW w:w="4315" w:type="dxa"/>
          </w:tcPr>
          <w:p w14:paraId="36389449" w14:textId="77777777" w:rsidR="001C0EB8" w:rsidRPr="00B9426B" w:rsidRDefault="00E72898">
            <w:r w:rsidRPr="00B9426B">
              <w:t>☐ Female   ☐ Male   ☐ Other</w:t>
            </w:r>
          </w:p>
        </w:tc>
      </w:tr>
      <w:tr w:rsidR="001C0EB8" w:rsidRPr="00B9426B" w14:paraId="44106968" w14:textId="77777777" w:rsidTr="00524277">
        <w:trPr>
          <w:jc w:val="center"/>
        </w:trPr>
        <w:tc>
          <w:tcPr>
            <w:tcW w:w="4315" w:type="dxa"/>
          </w:tcPr>
          <w:p w14:paraId="3D5A28D8" w14:textId="77777777" w:rsidR="001C0EB8" w:rsidRPr="00B9426B" w:rsidRDefault="00E72898">
            <w:r w:rsidRPr="00B9426B">
              <w:t>Height</w:t>
            </w:r>
          </w:p>
        </w:tc>
        <w:tc>
          <w:tcPr>
            <w:tcW w:w="4315" w:type="dxa"/>
          </w:tcPr>
          <w:p w14:paraId="46DDBFB5" w14:textId="77777777" w:rsidR="001C0EB8" w:rsidRPr="00B9426B" w:rsidRDefault="001C0EB8"/>
        </w:tc>
      </w:tr>
      <w:tr w:rsidR="001C0EB8" w:rsidRPr="00B9426B" w14:paraId="18175D3F" w14:textId="77777777" w:rsidTr="00524277">
        <w:trPr>
          <w:jc w:val="center"/>
        </w:trPr>
        <w:tc>
          <w:tcPr>
            <w:tcW w:w="4315" w:type="dxa"/>
          </w:tcPr>
          <w:p w14:paraId="44A88EC7" w14:textId="77777777" w:rsidR="001C0EB8" w:rsidRPr="00B9426B" w:rsidRDefault="00E72898">
            <w:r w:rsidRPr="00B9426B">
              <w:t>Weight</w:t>
            </w:r>
          </w:p>
        </w:tc>
        <w:tc>
          <w:tcPr>
            <w:tcW w:w="4315" w:type="dxa"/>
          </w:tcPr>
          <w:p w14:paraId="117A3386" w14:textId="77777777" w:rsidR="001C0EB8" w:rsidRPr="00B9426B" w:rsidRDefault="001C0EB8"/>
        </w:tc>
      </w:tr>
      <w:tr w:rsidR="001C0EB8" w:rsidRPr="00B9426B" w14:paraId="0E7BED81" w14:textId="77777777" w:rsidTr="00524277">
        <w:trPr>
          <w:jc w:val="center"/>
        </w:trPr>
        <w:tc>
          <w:tcPr>
            <w:tcW w:w="4315" w:type="dxa"/>
          </w:tcPr>
          <w:p w14:paraId="5360EAE4" w14:textId="77777777" w:rsidR="001C0EB8" w:rsidRPr="00B9426B" w:rsidRDefault="00E72898">
            <w:r w:rsidRPr="00B9426B">
              <w:t>Subject Injured</w:t>
            </w:r>
          </w:p>
        </w:tc>
        <w:tc>
          <w:tcPr>
            <w:tcW w:w="4315" w:type="dxa"/>
          </w:tcPr>
          <w:p w14:paraId="481FFEB9" w14:textId="3D0CFAA8" w:rsidR="001C0EB8" w:rsidRPr="00B9426B" w:rsidRDefault="00E72898">
            <w:r w:rsidRPr="00B9426B">
              <w:t>☐ No</w:t>
            </w:r>
            <w:r w:rsidR="00831CD4" w:rsidRPr="00B9426B">
              <w:t>ne Reported</w:t>
            </w:r>
            <w:r w:rsidRPr="00B9426B">
              <w:t xml:space="preserve">   ☐ Minor   ☐ Serious </w:t>
            </w:r>
            <w:r w:rsidR="008742CA" w:rsidRPr="00B9426B">
              <w:t xml:space="preserve">Injury </w:t>
            </w:r>
            <w:r w:rsidR="008742CA" w:rsidRPr="00B9426B">
              <w:rPr>
                <w:rFonts w:ascii="Segoe UI Symbol" w:hAnsi="Segoe UI Symbol" w:cs="Segoe UI Symbol"/>
              </w:rPr>
              <w:t>☐</w:t>
            </w:r>
            <w:r w:rsidRPr="00B9426B">
              <w:t xml:space="preserve"> Death</w:t>
            </w:r>
          </w:p>
        </w:tc>
      </w:tr>
      <w:tr w:rsidR="001C0EB8" w14:paraId="596F6030" w14:textId="77777777" w:rsidTr="00524277">
        <w:trPr>
          <w:jc w:val="center"/>
        </w:trPr>
        <w:tc>
          <w:tcPr>
            <w:tcW w:w="4315" w:type="dxa"/>
          </w:tcPr>
          <w:p w14:paraId="43532FBA" w14:textId="2438B133" w:rsidR="001C0EB8" w:rsidRPr="009F744B" w:rsidRDefault="00E72898">
            <w:r w:rsidRPr="00B9426B">
              <w:t>Describe Injuries</w:t>
            </w:r>
            <w:r w:rsidR="0063374F" w:rsidRPr="00B9426B">
              <w:t>:</w:t>
            </w:r>
          </w:p>
        </w:tc>
        <w:tc>
          <w:tcPr>
            <w:tcW w:w="4315" w:type="dxa"/>
          </w:tcPr>
          <w:p w14:paraId="695ABF72" w14:textId="77777777" w:rsidR="001C0EB8" w:rsidRDefault="001C0EB8"/>
        </w:tc>
      </w:tr>
    </w:tbl>
    <w:p w14:paraId="4FAD01B4" w14:textId="77777777" w:rsidR="00F63B22" w:rsidRDefault="00F63B22">
      <w:pPr>
        <w:rPr>
          <w:b/>
          <w:sz w:val="24"/>
        </w:rPr>
      </w:pPr>
    </w:p>
    <w:p w14:paraId="20CA013C" w14:textId="431675AB" w:rsidR="001C0EB8" w:rsidRDefault="00E72898">
      <w:r>
        <w:rPr>
          <w:b/>
          <w:sz w:val="24"/>
        </w:rPr>
        <w:lastRenderedPageBreak/>
        <w:t>5. INCIDENT DETAILS</w:t>
      </w:r>
    </w:p>
    <w:p w14:paraId="009E0E94" w14:textId="06ABA930" w:rsidR="001C0EB8" w:rsidRDefault="00E72898">
      <w:r>
        <w:rPr>
          <w:b/>
        </w:rPr>
        <w:t>Type of Incident</w:t>
      </w:r>
      <w:r w:rsidR="00135D5F">
        <w:rPr>
          <w:b/>
        </w:rPr>
        <w:t xml:space="preserve"> (select all that apply)</w:t>
      </w:r>
    </w:p>
    <w:p w14:paraId="7C45A5E7" w14:textId="03AE30F7" w:rsidR="00597C44" w:rsidRDefault="00D75DE1">
      <w:r>
        <w:t>☐ Investigative/Terry Stop</w:t>
      </w:r>
      <w:r w:rsidR="00777AF4">
        <w:t xml:space="preserve">   </w:t>
      </w:r>
      <w:r w:rsidR="0000337A">
        <w:t>☐ Effect an Arrest</w:t>
      </w:r>
      <w:r w:rsidR="00777AF4">
        <w:t xml:space="preserve">   </w:t>
      </w:r>
      <w:r w:rsidR="0000337A">
        <w:t xml:space="preserve"> </w:t>
      </w:r>
      <w:r w:rsidR="00E72898">
        <w:t xml:space="preserve">☐ Warrant </w:t>
      </w:r>
      <w:r w:rsidR="0000337A">
        <w:t>Service</w:t>
      </w:r>
      <w:r w:rsidR="00777AF4">
        <w:t xml:space="preserve">   </w:t>
      </w:r>
      <w:r w:rsidR="00E72898">
        <w:t xml:space="preserve">☐ </w:t>
      </w:r>
      <w:r w:rsidR="0063374F">
        <w:t xml:space="preserve">Response to </w:t>
      </w:r>
      <w:r w:rsidR="00E72898">
        <w:t>Suspicious</w:t>
      </w:r>
      <w:r w:rsidR="0063374F">
        <w:t xml:space="preserve"> Activity</w:t>
      </w:r>
      <w:r w:rsidR="00E72898">
        <w:t xml:space="preserve">   ☐ </w:t>
      </w:r>
      <w:r w:rsidR="00135D5F">
        <w:t>Motor Vehicle</w:t>
      </w:r>
      <w:r w:rsidR="00E72898">
        <w:t xml:space="preserve"> Stop</w:t>
      </w:r>
      <w:r w:rsidR="00777AF4">
        <w:t xml:space="preserve">   </w:t>
      </w:r>
      <w:r w:rsidR="00E72898">
        <w:t>☐ Barricaded</w:t>
      </w:r>
      <w:r w:rsidR="00777AF4">
        <w:t xml:space="preserve">   </w:t>
      </w:r>
      <w:r w:rsidR="00135D5F">
        <w:rPr>
          <w:rFonts w:ascii="Segoe UI Symbol" w:hAnsi="Segoe UI Symbol" w:cs="Segoe UI Symbol"/>
        </w:rPr>
        <w:t>☐</w:t>
      </w:r>
      <w:r w:rsidR="00E72898">
        <w:t xml:space="preserve"> Welfare </w:t>
      </w:r>
      <w:r w:rsidR="00135D5F">
        <w:t>Check</w:t>
      </w:r>
      <w:r w:rsidR="00777AF4">
        <w:t xml:space="preserve">   </w:t>
      </w:r>
      <w:r w:rsidR="00E72898">
        <w:t xml:space="preserve">☐ </w:t>
      </w:r>
      <w:r w:rsidR="00044C00">
        <w:t>Domestic Violence</w:t>
      </w:r>
      <w:r w:rsidR="00777AF4">
        <w:t xml:space="preserve">   </w:t>
      </w:r>
      <w:r w:rsidR="00D57603">
        <w:t xml:space="preserve">☐ School Disturbance   </w:t>
      </w:r>
      <w:r w:rsidR="005E4825">
        <w:t xml:space="preserve">☐ </w:t>
      </w:r>
      <w:r w:rsidR="00194931">
        <w:t xml:space="preserve">Mass </w:t>
      </w:r>
      <w:proofErr w:type="gramStart"/>
      <w:r w:rsidR="00194931">
        <w:t>Demonstration</w:t>
      </w:r>
      <w:r w:rsidR="00777AF4">
        <w:t xml:space="preserve">  </w:t>
      </w:r>
      <w:r w:rsidR="00330D4C">
        <w:t>☐</w:t>
      </w:r>
      <w:proofErr w:type="gramEnd"/>
      <w:r w:rsidR="00330D4C">
        <w:t xml:space="preserve"> Cell Check </w:t>
      </w:r>
      <w:r w:rsidR="00D57603">
        <w:t xml:space="preserve"> </w:t>
      </w:r>
      <w:r w:rsidR="00135D5F">
        <w:t xml:space="preserve"> </w:t>
      </w:r>
    </w:p>
    <w:p w14:paraId="51503B90" w14:textId="75112266" w:rsidR="00597C44" w:rsidRDefault="003C27C7" w:rsidP="00597C44">
      <w:pPr>
        <w:rPr>
          <w:rFonts w:asciiTheme="majorHAnsi" w:hAnsiTheme="majorHAnsi" w:cstheme="majorHAnsi"/>
          <w:color w:val="000000"/>
        </w:rPr>
      </w:pPr>
      <w:r w:rsidRPr="00A461DE">
        <w:rPr>
          <w:rFonts w:ascii="Segoe UI Symbol" w:hAnsi="Segoe UI Symbol" w:cs="Segoe UI Symbol"/>
          <w:color w:val="000000"/>
        </w:rPr>
        <w:t>☐</w:t>
      </w:r>
      <w:r>
        <w:rPr>
          <w:rFonts w:ascii="Segoe UI Symbol" w:hAnsi="Segoe UI Symbol" w:cs="Segoe UI Symbol"/>
          <w:color w:val="000000"/>
        </w:rPr>
        <w:t xml:space="preserve"> </w:t>
      </w:r>
      <w:r w:rsidR="00597C44" w:rsidRPr="00A461DE">
        <w:rPr>
          <w:rFonts w:asciiTheme="majorHAnsi" w:hAnsiTheme="majorHAnsi" w:cstheme="majorHAnsi"/>
          <w:color w:val="000000"/>
        </w:rPr>
        <w:t>Medical/Mental Health Incident   </w:t>
      </w:r>
      <w:r w:rsidR="00597C44" w:rsidRPr="00A461DE">
        <w:rPr>
          <w:rFonts w:ascii="Segoe UI Symbol" w:hAnsi="Segoe UI Symbol" w:cs="Segoe UI Symbol"/>
          <w:color w:val="000000"/>
        </w:rPr>
        <w:t>☐</w:t>
      </w:r>
      <w:r w:rsidR="00597C44" w:rsidRPr="00A461DE">
        <w:rPr>
          <w:rFonts w:asciiTheme="majorHAnsi" w:hAnsiTheme="majorHAnsi" w:cstheme="majorHAnsi"/>
          <w:color w:val="000000"/>
        </w:rPr>
        <w:t xml:space="preserve"> Incident Involving Suspected or Known Alcohol or Drug Impairment</w:t>
      </w:r>
    </w:p>
    <w:p w14:paraId="4AA1E495" w14:textId="46E6F6A6" w:rsidR="001C0EB8" w:rsidRDefault="00E72898">
      <w:r>
        <w:t>☐ Other</w:t>
      </w:r>
      <w:r w:rsidR="00B627AB">
        <w:t>, Describe: _____</w:t>
      </w:r>
    </w:p>
    <w:p w14:paraId="0511D1A1" w14:textId="239D0531" w:rsidR="00135D5F" w:rsidRDefault="00FD39D4">
      <w:pPr>
        <w:rPr>
          <w:b/>
        </w:rPr>
      </w:pPr>
      <w:r w:rsidRPr="00B9426B">
        <w:rPr>
          <w:b/>
        </w:rPr>
        <w:t xml:space="preserve">Was </w:t>
      </w:r>
      <w:r w:rsidR="00E72898" w:rsidRPr="00B9426B">
        <w:rPr>
          <w:b/>
        </w:rPr>
        <w:t xml:space="preserve">Subject </w:t>
      </w:r>
      <w:r w:rsidR="00135D5F" w:rsidRPr="00B9426B">
        <w:rPr>
          <w:b/>
        </w:rPr>
        <w:t>a Direct Threat to Officer or Another</w:t>
      </w:r>
    </w:p>
    <w:p w14:paraId="72C5912B" w14:textId="5FC1CAFD" w:rsidR="00135D5F" w:rsidRPr="00135D5F" w:rsidRDefault="00135D5F">
      <w:r>
        <w:t>☐ Yes, Describe: _____   ☐ No</w:t>
      </w:r>
    </w:p>
    <w:p w14:paraId="3E283CB9" w14:textId="79E47352" w:rsidR="001C0EB8" w:rsidRDefault="00E72898">
      <w:r>
        <w:rPr>
          <w:b/>
        </w:rPr>
        <w:t>Subject Weapon</w:t>
      </w:r>
      <w:r w:rsidR="00DC500C">
        <w:rPr>
          <w:b/>
        </w:rPr>
        <w:t xml:space="preserve"> (select all that apply)</w:t>
      </w:r>
    </w:p>
    <w:p w14:paraId="28AE5E4C" w14:textId="5D41D8F8" w:rsidR="001C0EB8" w:rsidRDefault="00E72898">
      <w:r>
        <w:t xml:space="preserve">☐ </w:t>
      </w:r>
      <w:r w:rsidR="00892E5B">
        <w:t xml:space="preserve">Blunt </w:t>
      </w:r>
      <w:r w:rsidR="00B87191">
        <w:t>Object</w:t>
      </w:r>
      <w:r>
        <w:t xml:space="preserve">   ☐ Knife</w:t>
      </w:r>
      <w:r w:rsidR="00135D5F">
        <w:t>/Cutting Instrument</w:t>
      </w:r>
      <w:r>
        <w:t xml:space="preserve">   ☐ Firearm   </w:t>
      </w:r>
      <w:r w:rsidR="003009D7">
        <w:t xml:space="preserve">☐ Vehicle   </w:t>
      </w:r>
      <w:r w:rsidR="00D4736F">
        <w:t xml:space="preserve">☐ Body Part, </w:t>
      </w:r>
      <w:proofErr w:type="gramStart"/>
      <w:r w:rsidR="00D4736F">
        <w:t>Describe</w:t>
      </w:r>
      <w:proofErr w:type="gramEnd"/>
      <w:r w:rsidR="00D4736F">
        <w:t xml:space="preserve">: _____   </w:t>
      </w:r>
      <w:r w:rsidR="00365E8C">
        <w:t xml:space="preserve">  </w:t>
      </w:r>
      <w:r w:rsidR="00B058A2">
        <w:t xml:space="preserve">    </w:t>
      </w:r>
      <w:r>
        <w:t>☐ Other</w:t>
      </w:r>
      <w:r w:rsidR="00135D5F">
        <w:t>, Describe: _____</w:t>
      </w:r>
    </w:p>
    <w:p w14:paraId="44646253" w14:textId="3F0BBDE1" w:rsidR="001C0EB8" w:rsidRDefault="00E72898" w:rsidP="33F3FA49">
      <w:pPr>
        <w:rPr>
          <w:b/>
          <w:bCs/>
        </w:rPr>
      </w:pPr>
      <w:r w:rsidRPr="12BD933B">
        <w:rPr>
          <w:b/>
          <w:bCs/>
        </w:rPr>
        <w:t>De-escalation</w:t>
      </w:r>
    </w:p>
    <w:p w14:paraId="22762E48" w14:textId="38B98A4A" w:rsidR="00E72898" w:rsidRDefault="00E72898">
      <w:r>
        <w:t>☐ Attempted/Failed   ☐ Not Feasible</w:t>
      </w:r>
    </w:p>
    <w:p w14:paraId="66C0260C" w14:textId="30432E9E" w:rsidR="001C0EB8" w:rsidRPr="00B252ED" w:rsidRDefault="00E72898">
      <w:r w:rsidRPr="00B252ED">
        <w:rPr>
          <w:b/>
        </w:rPr>
        <w:t>Force Type</w:t>
      </w:r>
      <w:r w:rsidR="00302DCF">
        <w:rPr>
          <w:b/>
        </w:rPr>
        <w:t xml:space="preserve"> (select a</w:t>
      </w:r>
      <w:r w:rsidR="00EA795A">
        <w:rPr>
          <w:b/>
        </w:rPr>
        <w:t>ll</w:t>
      </w:r>
      <w:r w:rsidR="00302DCF">
        <w:rPr>
          <w:b/>
        </w:rPr>
        <w:t xml:space="preserve"> that apply)</w:t>
      </w:r>
    </w:p>
    <w:p w14:paraId="74808EDF" w14:textId="3BAE8457" w:rsidR="001C0EB8" w:rsidRPr="00B252ED" w:rsidRDefault="00E72898">
      <w:r>
        <w:t>☐ Deadly</w:t>
      </w:r>
      <w:r w:rsidR="0094542B">
        <w:t>/Lethal</w:t>
      </w:r>
      <w:r>
        <w:t xml:space="preserve">   ☐ Non-deadly</w:t>
      </w:r>
      <w:r w:rsidR="0094542B">
        <w:t>/</w:t>
      </w:r>
      <w:proofErr w:type="gramStart"/>
      <w:r w:rsidR="008730D6">
        <w:t>Non-</w:t>
      </w:r>
      <w:r w:rsidR="01575084">
        <w:t>l</w:t>
      </w:r>
      <w:r w:rsidR="008730D6">
        <w:t>ethal</w:t>
      </w:r>
      <w:proofErr w:type="gramEnd"/>
    </w:p>
    <w:p w14:paraId="02F5EC2A" w14:textId="6013DEA1" w:rsidR="001C0EB8" w:rsidRPr="00A20EC2" w:rsidRDefault="00E72898">
      <w:pPr>
        <w:rPr>
          <w:b/>
          <w:bCs/>
        </w:rPr>
      </w:pPr>
      <w:r w:rsidRPr="00A20EC2">
        <w:rPr>
          <w:b/>
          <w:bCs/>
        </w:rPr>
        <w:t>Officer Weapon/Implement</w:t>
      </w:r>
      <w:r w:rsidR="00FD39D4" w:rsidRPr="00A20EC2">
        <w:rPr>
          <w:b/>
          <w:bCs/>
        </w:rPr>
        <w:t xml:space="preserve"> and Usage (select all that apply)</w:t>
      </w:r>
    </w:p>
    <w:p w14:paraId="34D81D83" w14:textId="02AB7058" w:rsidR="00FD39D4" w:rsidRPr="00A20EC2" w:rsidRDefault="00FD39D4">
      <w:pPr>
        <w:rPr>
          <w:b/>
          <w:bCs/>
        </w:rPr>
      </w:pPr>
      <w:r w:rsidRPr="00A20EC2">
        <w:rPr>
          <w:b/>
          <w:bCs/>
        </w:rPr>
        <w:tab/>
      </w:r>
      <w:r w:rsidRPr="00A20EC2">
        <w:t xml:space="preserve">☐ </w:t>
      </w:r>
      <w:r w:rsidRPr="00A20EC2">
        <w:rPr>
          <w:b/>
          <w:bCs/>
        </w:rPr>
        <w:t>Personal Weapons/Empty Hand Control (select all that apply)</w:t>
      </w:r>
    </w:p>
    <w:p w14:paraId="30257500" w14:textId="77777777" w:rsidR="00A20EC2" w:rsidRPr="00A20EC2" w:rsidRDefault="00E72898" w:rsidP="00E77A53">
      <w:pPr>
        <w:ind w:left="1440"/>
      </w:pPr>
      <w:r w:rsidRPr="00A20EC2">
        <w:t>☐ Pressure Point</w:t>
      </w:r>
      <w:r w:rsidR="0042499B" w:rsidRPr="00A20EC2">
        <w:t xml:space="preserve">/Control </w:t>
      </w:r>
      <w:r w:rsidR="00E77A53" w:rsidRPr="00A20EC2">
        <w:t xml:space="preserve">Method </w:t>
      </w:r>
      <w:r w:rsidR="00B63965" w:rsidRPr="00A20EC2">
        <w:t xml:space="preserve">    </w:t>
      </w:r>
      <w:r w:rsidRPr="00A20EC2">
        <w:t xml:space="preserve">☐ Takedown </w:t>
      </w:r>
      <w:r w:rsidR="0042499B" w:rsidRPr="00A20EC2">
        <w:t xml:space="preserve">   </w:t>
      </w:r>
      <w:r w:rsidRPr="00A20EC2">
        <w:t>☐ Hand/Fist</w:t>
      </w:r>
      <w:r w:rsidR="0042499B" w:rsidRPr="00A20EC2">
        <w:t xml:space="preserve"> </w:t>
      </w:r>
      <w:r w:rsidR="00B63965" w:rsidRPr="00A20EC2">
        <w:t xml:space="preserve">Strike   </w:t>
      </w:r>
    </w:p>
    <w:p w14:paraId="2F71B125" w14:textId="50D901C3" w:rsidR="001C0EB8" w:rsidRPr="00A20EC2" w:rsidRDefault="00B63965" w:rsidP="00E77A53">
      <w:pPr>
        <w:ind w:left="1440"/>
      </w:pPr>
      <w:r w:rsidRPr="00A20EC2">
        <w:rPr>
          <w:rFonts w:ascii="Segoe UI Symbol" w:hAnsi="Segoe UI Symbol" w:cs="Segoe UI Symbol"/>
        </w:rPr>
        <w:t>☐</w:t>
      </w:r>
      <w:r w:rsidR="00E72898" w:rsidRPr="00A20EC2">
        <w:t xml:space="preserve"> Elbow</w:t>
      </w:r>
      <w:r w:rsidR="0042499B" w:rsidRPr="00A20EC2">
        <w:t>/Arm Strike</w:t>
      </w:r>
      <w:r w:rsidR="00E72898" w:rsidRPr="00A20EC2">
        <w:t xml:space="preserve"> </w:t>
      </w:r>
      <w:r w:rsidRPr="00A20EC2">
        <w:t xml:space="preserve">  </w:t>
      </w:r>
      <w:r w:rsidR="00E72898" w:rsidRPr="00A20EC2">
        <w:t>☐ Foot</w:t>
      </w:r>
      <w:r w:rsidR="0042499B" w:rsidRPr="00A20EC2">
        <w:t xml:space="preserve"> Strike</w:t>
      </w:r>
      <w:r w:rsidR="00E72898" w:rsidRPr="00A20EC2">
        <w:t xml:space="preserve"> </w:t>
      </w:r>
      <w:r w:rsidRPr="00A20EC2">
        <w:t xml:space="preserve">  </w:t>
      </w:r>
      <w:r w:rsidR="00E72898" w:rsidRPr="00A20EC2">
        <w:t xml:space="preserve">☐ Knee </w:t>
      </w:r>
      <w:r w:rsidR="0042499B" w:rsidRPr="00A20EC2">
        <w:t xml:space="preserve">Strike </w:t>
      </w:r>
      <w:r w:rsidRPr="00A20EC2">
        <w:t xml:space="preserve">  </w:t>
      </w:r>
      <w:r w:rsidR="00E72898" w:rsidRPr="00A20EC2">
        <w:t xml:space="preserve">☐ Head </w:t>
      </w:r>
      <w:r w:rsidR="0042499B" w:rsidRPr="00A20EC2">
        <w:t xml:space="preserve">Strike    </w:t>
      </w:r>
      <w:r w:rsidR="00E72898" w:rsidRPr="00A20EC2">
        <w:t>☐ Other</w:t>
      </w:r>
      <w:r w:rsidR="0042499B" w:rsidRPr="00A20EC2">
        <w:t xml:space="preserve">, Describe: </w:t>
      </w:r>
      <w:r w:rsidR="00E72898" w:rsidRPr="00A20EC2">
        <w:t>_____</w:t>
      </w:r>
    </w:p>
    <w:p w14:paraId="37A5A087" w14:textId="4D129BDD" w:rsidR="001C0EB8" w:rsidRPr="00A20EC2" w:rsidRDefault="00E72898" w:rsidP="12BD933B">
      <w:pPr>
        <w:ind w:firstLine="720"/>
        <w:rPr>
          <w:b/>
          <w:bCs/>
        </w:rPr>
      </w:pPr>
      <w:r w:rsidRPr="00A20EC2">
        <w:t xml:space="preserve">☐ </w:t>
      </w:r>
      <w:r w:rsidR="0042499B" w:rsidRPr="00A20EC2">
        <w:rPr>
          <w:b/>
          <w:bCs/>
        </w:rPr>
        <w:t>Impact Weapon</w:t>
      </w:r>
      <w:r w:rsidR="657C9400" w:rsidRPr="00A20EC2">
        <w:rPr>
          <w:b/>
          <w:bCs/>
        </w:rPr>
        <w:t xml:space="preserve"> Use</w:t>
      </w:r>
      <w:r w:rsidR="0042499B" w:rsidRPr="00A20EC2">
        <w:rPr>
          <w:b/>
          <w:bCs/>
        </w:rPr>
        <w:t>/</w:t>
      </w:r>
      <w:r w:rsidRPr="00A20EC2">
        <w:rPr>
          <w:b/>
          <w:bCs/>
        </w:rPr>
        <w:t>Baton</w:t>
      </w:r>
      <w:r w:rsidR="60595A08" w:rsidRPr="00A20EC2">
        <w:rPr>
          <w:b/>
          <w:bCs/>
        </w:rPr>
        <w:t xml:space="preserve"> Strike</w:t>
      </w:r>
      <w:r w:rsidR="00A37F22" w:rsidRPr="00A20EC2">
        <w:rPr>
          <w:b/>
          <w:bCs/>
        </w:rPr>
        <w:t>/Less-Lethal Mun</w:t>
      </w:r>
      <w:r w:rsidR="00A42590" w:rsidRPr="00A20EC2">
        <w:rPr>
          <w:b/>
          <w:bCs/>
        </w:rPr>
        <w:t>itions</w:t>
      </w:r>
    </w:p>
    <w:p w14:paraId="680C1B7B" w14:textId="5C577CCD" w:rsidR="001C0EB8" w:rsidRPr="00A20EC2" w:rsidRDefault="00E72898" w:rsidP="0042499B">
      <w:pPr>
        <w:ind w:firstLine="720"/>
      </w:pPr>
      <w:r w:rsidRPr="00A20EC2">
        <w:t xml:space="preserve">☐ </w:t>
      </w:r>
      <w:r w:rsidRPr="00A20EC2">
        <w:rPr>
          <w:b/>
          <w:bCs/>
        </w:rPr>
        <w:t>OC Spray</w:t>
      </w:r>
      <w:r w:rsidR="0042499B" w:rsidRPr="00A20EC2">
        <w:rPr>
          <w:b/>
          <w:bCs/>
        </w:rPr>
        <w:t xml:space="preserve"> Deployment</w:t>
      </w:r>
    </w:p>
    <w:p w14:paraId="770CC6FC" w14:textId="77777777" w:rsidR="0042499B" w:rsidRPr="00A20EC2" w:rsidRDefault="00E72898" w:rsidP="0042499B">
      <w:pPr>
        <w:ind w:firstLine="720"/>
      </w:pPr>
      <w:r w:rsidRPr="00A20EC2">
        <w:t xml:space="preserve">☐ </w:t>
      </w:r>
      <w:r w:rsidRPr="00A20EC2">
        <w:rPr>
          <w:b/>
          <w:bCs/>
        </w:rPr>
        <w:t>Electronic Control Weapon</w:t>
      </w:r>
      <w:r w:rsidR="0042499B" w:rsidRPr="00A20EC2">
        <w:rPr>
          <w:b/>
          <w:bCs/>
        </w:rPr>
        <w:t xml:space="preserve"> (select all that apply)</w:t>
      </w:r>
      <w:r w:rsidRPr="00A20EC2">
        <w:t xml:space="preserve"> </w:t>
      </w:r>
    </w:p>
    <w:p w14:paraId="33871F9E" w14:textId="2C7FF152" w:rsidR="001C0EB8" w:rsidRPr="00A20EC2" w:rsidRDefault="00E72898" w:rsidP="0042499B">
      <w:pPr>
        <w:ind w:left="720" w:firstLine="720"/>
      </w:pPr>
      <w:r w:rsidRPr="00A20EC2">
        <w:t xml:space="preserve">☐ Pointed </w:t>
      </w:r>
      <w:r w:rsidR="00B63965" w:rsidRPr="00A20EC2">
        <w:t xml:space="preserve">  </w:t>
      </w:r>
      <w:r w:rsidRPr="00A20EC2">
        <w:t>☐ Laser</w:t>
      </w:r>
      <w:r w:rsidR="0042499B" w:rsidRPr="00A20EC2">
        <w:t xml:space="preserve"> Only</w:t>
      </w:r>
      <w:r w:rsidR="00B63965" w:rsidRPr="00A20EC2">
        <w:t xml:space="preserve">  </w:t>
      </w:r>
      <w:r w:rsidRPr="00A20EC2">
        <w:t xml:space="preserve"> ☐ Warning Arc </w:t>
      </w:r>
      <w:r w:rsidR="00B63965" w:rsidRPr="00A20EC2">
        <w:t xml:space="preserve">  </w:t>
      </w:r>
      <w:r w:rsidRPr="00A20EC2">
        <w:t>☐ D</w:t>
      </w:r>
      <w:r w:rsidR="0042499B" w:rsidRPr="00A20EC2">
        <w:t>rive-Stun</w:t>
      </w:r>
      <w:r w:rsidRPr="00A20EC2">
        <w:t xml:space="preserve"> </w:t>
      </w:r>
      <w:r w:rsidR="00B63965" w:rsidRPr="00A20EC2">
        <w:t xml:space="preserve">  </w:t>
      </w:r>
      <w:r w:rsidRPr="00A20EC2">
        <w:t xml:space="preserve">☐ </w:t>
      </w:r>
      <w:r w:rsidR="0042499B" w:rsidRPr="00A20EC2">
        <w:t xml:space="preserve">Probe </w:t>
      </w:r>
      <w:r w:rsidRPr="00A20EC2">
        <w:t>D</w:t>
      </w:r>
      <w:r w:rsidR="0042499B" w:rsidRPr="00A20EC2">
        <w:t>eployment</w:t>
      </w:r>
      <w:r w:rsidRPr="00A20EC2">
        <w:t xml:space="preserve"> </w:t>
      </w:r>
    </w:p>
    <w:p w14:paraId="552767BD" w14:textId="661B1DE3" w:rsidR="00E77A53" w:rsidRPr="00A20EC2" w:rsidRDefault="00E72898" w:rsidP="0042499B">
      <w:pPr>
        <w:ind w:firstLine="720"/>
        <w:rPr>
          <w:b/>
          <w:bCs/>
        </w:rPr>
      </w:pPr>
      <w:r w:rsidRPr="00A20EC2">
        <w:t xml:space="preserve">☐ </w:t>
      </w:r>
      <w:r w:rsidRPr="00A20EC2">
        <w:rPr>
          <w:b/>
          <w:bCs/>
        </w:rPr>
        <w:t>Firearm</w:t>
      </w:r>
    </w:p>
    <w:p w14:paraId="61D4B362" w14:textId="2ED04298" w:rsidR="001C0EB8" w:rsidRPr="00A20EC2" w:rsidRDefault="00E72898" w:rsidP="00E77A53">
      <w:pPr>
        <w:ind w:left="720" w:firstLine="720"/>
      </w:pPr>
      <w:r w:rsidRPr="00A20EC2">
        <w:t>☐ Pointed</w:t>
      </w:r>
      <w:r w:rsidR="331CEEEF" w:rsidRPr="00A20EC2">
        <w:t xml:space="preserve"> Only </w:t>
      </w:r>
      <w:r w:rsidRPr="00A20EC2">
        <w:t xml:space="preserve"> </w:t>
      </w:r>
      <w:r w:rsidR="1968D2B2" w:rsidRPr="00A20EC2">
        <w:t xml:space="preserve"> </w:t>
      </w:r>
      <w:r w:rsidRPr="00A20EC2">
        <w:t>☐ Discharged</w:t>
      </w:r>
    </w:p>
    <w:p w14:paraId="37F29F47" w14:textId="2724D24C" w:rsidR="001C0EB8" w:rsidRPr="00B252ED" w:rsidRDefault="00E72898" w:rsidP="00E77A53">
      <w:pPr>
        <w:ind w:firstLine="720"/>
      </w:pPr>
      <w:r w:rsidRPr="00A20EC2">
        <w:t xml:space="preserve">☐ </w:t>
      </w:r>
      <w:r w:rsidRPr="00A20EC2">
        <w:rPr>
          <w:b/>
          <w:bCs/>
        </w:rPr>
        <w:t>Other</w:t>
      </w:r>
      <w:r w:rsidR="00E77A53" w:rsidRPr="00A20EC2">
        <w:rPr>
          <w:b/>
          <w:bCs/>
        </w:rPr>
        <w:t xml:space="preserve"> Weapon Usage</w:t>
      </w:r>
      <w:r w:rsidR="00E77A53" w:rsidRPr="00A20EC2">
        <w:t>: Describe: _____</w:t>
      </w:r>
    </w:p>
    <w:p w14:paraId="08FA4488" w14:textId="77777777" w:rsidR="00F95A1B" w:rsidRDefault="00F95A1B">
      <w:pPr>
        <w:rPr>
          <w:b/>
          <w:sz w:val="24"/>
        </w:rPr>
      </w:pPr>
    </w:p>
    <w:p w14:paraId="71D5371D" w14:textId="2DA40901" w:rsidR="001C0EB8" w:rsidRPr="00A20EC2" w:rsidRDefault="00E72898">
      <w:r w:rsidRPr="00A20EC2">
        <w:rPr>
          <w:b/>
          <w:sz w:val="24"/>
        </w:rPr>
        <w:lastRenderedPageBreak/>
        <w:t>6. OUTCOME</w:t>
      </w:r>
    </w:p>
    <w:p w14:paraId="62FAEEE5" w14:textId="1326BC3F" w:rsidR="00E77A53" w:rsidRPr="00A20EC2" w:rsidRDefault="00E77A53">
      <w:pPr>
        <w:rPr>
          <w:b/>
          <w:bCs/>
        </w:rPr>
      </w:pPr>
      <w:r w:rsidRPr="00A20EC2">
        <w:rPr>
          <w:b/>
          <w:bCs/>
        </w:rPr>
        <w:t>(Select all that apply)</w:t>
      </w:r>
    </w:p>
    <w:p w14:paraId="6354D2C0" w14:textId="2A099A53" w:rsidR="004A1FB7" w:rsidRDefault="00E72898">
      <w:r w:rsidRPr="00A20EC2">
        <w:t xml:space="preserve">☐ Citation   ☐ Arrest   </w:t>
      </w:r>
      <w:r w:rsidR="00FA69C1" w:rsidRPr="00A20EC2">
        <w:t>☐ Protective Custody</w:t>
      </w:r>
      <w:r w:rsidR="004A1FB7">
        <w:t xml:space="preserve">  </w:t>
      </w:r>
      <w:r w:rsidR="004A1FB7" w:rsidRPr="00AF078C">
        <w:t xml:space="preserve"> ☐ </w:t>
      </w:r>
      <w:r w:rsidR="004B375F" w:rsidRPr="00AF078C">
        <w:t>Section 12</w:t>
      </w:r>
      <w:r w:rsidR="00FA69C1" w:rsidRPr="00AF078C">
        <w:t xml:space="preserve">   </w:t>
      </w:r>
      <w:r w:rsidRPr="00AF078C">
        <w:t xml:space="preserve">☐ </w:t>
      </w:r>
      <w:r w:rsidR="0043251E" w:rsidRPr="00AF078C">
        <w:t>Release/No Enforcement Action</w:t>
      </w:r>
      <w:r w:rsidR="00212676" w:rsidRPr="00212676">
        <w:t xml:space="preserve"> </w:t>
      </w:r>
    </w:p>
    <w:p w14:paraId="1ABA1E70" w14:textId="7580A55D" w:rsidR="008742CA" w:rsidRPr="00A20EC2" w:rsidRDefault="004B375F">
      <w:r w:rsidRPr="00A20EC2">
        <w:t xml:space="preserve">☐ </w:t>
      </w:r>
      <w:r w:rsidR="004A1FB7" w:rsidRPr="00AF078C">
        <w:t>Summons ☐</w:t>
      </w:r>
      <w:r w:rsidR="004A1FB7">
        <w:t xml:space="preserve"> </w:t>
      </w:r>
      <w:r w:rsidRPr="00A20EC2">
        <w:t xml:space="preserve">Other, Describe: _____   </w:t>
      </w:r>
    </w:p>
    <w:p w14:paraId="5C8B3B81" w14:textId="5F088F5B" w:rsidR="008742CA" w:rsidRPr="00A20EC2" w:rsidRDefault="008742CA">
      <w:pPr>
        <w:rPr>
          <w:b/>
          <w:bCs/>
        </w:rPr>
      </w:pPr>
      <w:r w:rsidRPr="00A20EC2">
        <w:t xml:space="preserve">☐ </w:t>
      </w:r>
      <w:r w:rsidR="00E72898" w:rsidRPr="00A20EC2">
        <w:rPr>
          <w:b/>
          <w:bCs/>
        </w:rPr>
        <w:t>Medical Care</w:t>
      </w:r>
      <w:r w:rsidRPr="00A20EC2">
        <w:rPr>
          <w:b/>
          <w:bCs/>
        </w:rPr>
        <w:t xml:space="preserve"> Provided or Requested</w:t>
      </w:r>
      <w:r w:rsidR="00E72898" w:rsidRPr="00A20EC2">
        <w:rPr>
          <w:b/>
          <w:bCs/>
        </w:rPr>
        <w:t xml:space="preserve"> </w:t>
      </w:r>
      <w:r w:rsidR="00837CCF" w:rsidRPr="00A20EC2">
        <w:rPr>
          <w:b/>
          <w:bCs/>
        </w:rPr>
        <w:t>(select all that apply)</w:t>
      </w:r>
      <w:r w:rsidR="00E72898" w:rsidRPr="00A20EC2">
        <w:rPr>
          <w:b/>
          <w:bCs/>
        </w:rPr>
        <w:t xml:space="preserve">  </w:t>
      </w:r>
    </w:p>
    <w:p w14:paraId="2E665F9C" w14:textId="77777777" w:rsidR="00F3784C" w:rsidRPr="00A20EC2" w:rsidRDefault="007F67BC">
      <w:r w:rsidRPr="00A20EC2">
        <w:tab/>
        <w:t>☐ For Officer</w:t>
      </w:r>
      <w:r w:rsidR="00F557E8" w:rsidRPr="00A20EC2">
        <w:t xml:space="preserve">   </w:t>
      </w:r>
      <w:r w:rsidRPr="00A20EC2">
        <w:t xml:space="preserve"> </w:t>
      </w:r>
    </w:p>
    <w:p w14:paraId="04F8BCB3" w14:textId="69F67153" w:rsidR="007F67BC" w:rsidRPr="00A20EC2" w:rsidRDefault="00F557E8" w:rsidP="00F3784C">
      <w:pPr>
        <w:ind w:firstLine="720"/>
      </w:pPr>
      <w:r w:rsidRPr="00A20EC2">
        <w:t xml:space="preserve">☐ For Subject   </w:t>
      </w:r>
      <w:r w:rsidR="007F67BC" w:rsidRPr="00A20EC2">
        <w:t xml:space="preserve">  </w:t>
      </w:r>
    </w:p>
    <w:p w14:paraId="47FE4042" w14:textId="0B8E6A6E" w:rsidR="001C0EB8" w:rsidRPr="00A20EC2" w:rsidRDefault="00E72898" w:rsidP="00F3784C">
      <w:pPr>
        <w:ind w:left="1440"/>
      </w:pPr>
      <w:r w:rsidRPr="00A20EC2">
        <w:t xml:space="preserve">☐ </w:t>
      </w:r>
      <w:r w:rsidR="008742CA" w:rsidRPr="00A20EC2">
        <w:t>Provided by Officer(</w:t>
      </w:r>
      <w:proofErr w:type="gramStart"/>
      <w:r w:rsidR="008742CA" w:rsidRPr="00A20EC2">
        <w:t>s)</w:t>
      </w:r>
      <w:r w:rsidRPr="00A20EC2">
        <w:t xml:space="preserve"> </w:t>
      </w:r>
      <w:r w:rsidR="6901A039" w:rsidRPr="00A20EC2">
        <w:t xml:space="preserve"> </w:t>
      </w:r>
      <w:r w:rsidRPr="00A20EC2">
        <w:t xml:space="preserve"> </w:t>
      </w:r>
      <w:proofErr w:type="gramEnd"/>
      <w:r w:rsidRPr="00A20EC2">
        <w:t xml:space="preserve"> ☐ </w:t>
      </w:r>
      <w:r w:rsidR="008742CA" w:rsidRPr="00A20EC2">
        <w:t xml:space="preserve">Provided by Medical Personnel </w:t>
      </w:r>
      <w:r w:rsidR="00AC6876" w:rsidRPr="00A20EC2">
        <w:t xml:space="preserve"> </w:t>
      </w:r>
      <w:r w:rsidRPr="00A20EC2">
        <w:t xml:space="preserve"> </w:t>
      </w:r>
      <w:r w:rsidR="00B63965" w:rsidRPr="00A20EC2">
        <w:t xml:space="preserve"> </w:t>
      </w:r>
    </w:p>
    <w:p w14:paraId="1BB048F3" w14:textId="486EE30E" w:rsidR="001C0EB8" w:rsidRPr="00A20EC2" w:rsidRDefault="00E72898" w:rsidP="00F3784C">
      <w:pPr>
        <w:ind w:left="1440"/>
      </w:pPr>
      <w:r w:rsidRPr="00A20EC2">
        <w:t xml:space="preserve">☐ </w:t>
      </w:r>
      <w:r w:rsidR="008742CA" w:rsidRPr="00A20EC2">
        <w:t xml:space="preserve">Refusal </w:t>
      </w:r>
      <w:r w:rsidR="000330F0" w:rsidRPr="00A20EC2">
        <w:t xml:space="preserve">  </w:t>
      </w:r>
      <w:r w:rsidR="00C90163" w:rsidRPr="00A20EC2">
        <w:t xml:space="preserve">                                         </w:t>
      </w:r>
      <w:r w:rsidR="008742CA" w:rsidRPr="00A20EC2">
        <w:t xml:space="preserve">☐ </w:t>
      </w:r>
      <w:r w:rsidRPr="00A20EC2">
        <w:t>Other</w:t>
      </w:r>
      <w:r w:rsidR="008742CA" w:rsidRPr="00A20EC2">
        <w:t>, Describe: _____</w:t>
      </w:r>
    </w:p>
    <w:p w14:paraId="025D51FD" w14:textId="5FBBB546" w:rsidR="008742CA" w:rsidRDefault="008742CA" w:rsidP="008742CA">
      <w:pPr>
        <w:rPr>
          <w:b/>
          <w:sz w:val="24"/>
        </w:rPr>
      </w:pPr>
      <w:r w:rsidRPr="00A20EC2">
        <w:rPr>
          <w:b/>
          <w:sz w:val="24"/>
        </w:rPr>
        <w:t>7. INCIDENT NARRATIVE</w:t>
      </w:r>
    </w:p>
    <w:p w14:paraId="4DD48D99" w14:textId="4D96D4D5" w:rsidR="008742CA" w:rsidRPr="00DE6251" w:rsidRDefault="008742CA" w:rsidP="12BD933B">
      <w:pPr>
        <w:rPr>
          <w:b/>
          <w:bCs/>
        </w:rPr>
      </w:pPr>
      <w:r w:rsidRPr="12BD933B">
        <w:rPr>
          <w:b/>
          <w:bCs/>
        </w:rPr>
        <w:t xml:space="preserve">Narrative may be included below or added as an </w:t>
      </w:r>
      <w:r w:rsidR="00DE6251" w:rsidRPr="12BD933B">
        <w:rPr>
          <w:b/>
          <w:bCs/>
        </w:rPr>
        <w:t>attachment.</w:t>
      </w:r>
      <w:r w:rsidR="398EE88E" w:rsidRPr="12BD933B">
        <w:rPr>
          <w:b/>
          <w:bCs/>
        </w:rPr>
        <w:t xml:space="preserve"> If adding as an attachment, note report </w:t>
      </w:r>
      <w:r w:rsidR="081044A3" w:rsidRPr="12BD933B">
        <w:rPr>
          <w:b/>
          <w:bCs/>
        </w:rPr>
        <w:t>number.</w:t>
      </w:r>
      <w:r w:rsidR="00C758AE">
        <w:rPr>
          <w:b/>
          <w:bCs/>
        </w:rPr>
        <w:t xml:space="preserve"> </w:t>
      </w:r>
      <w:r w:rsidR="00B52139">
        <w:rPr>
          <w:b/>
          <w:bCs/>
        </w:rPr>
        <w:t xml:space="preserve"> </w:t>
      </w:r>
      <w:r w:rsidR="00C758AE">
        <w:rPr>
          <w:b/>
          <w:bCs/>
        </w:rPr>
        <w:t xml:space="preserve">Remember to include </w:t>
      </w:r>
      <w:r w:rsidR="001117D5">
        <w:rPr>
          <w:b/>
          <w:bCs/>
        </w:rPr>
        <w:t>the reasons that force was used including the subject’s resistance and/or actions, as well as any de-escalation</w:t>
      </w:r>
      <w:r w:rsidR="0069593C">
        <w:rPr>
          <w:b/>
          <w:bCs/>
        </w:rPr>
        <w:t xml:space="preserve"> tactics used</w:t>
      </w:r>
      <w:r w:rsidR="00E0358A">
        <w:rPr>
          <w:b/>
          <w:bCs/>
        </w:rPr>
        <w:t xml:space="preserve"> and/or attempted and failed</w:t>
      </w:r>
      <w:r w:rsidR="00743DB7">
        <w:rPr>
          <w:b/>
          <w:bCs/>
        </w:rPr>
        <w:t xml:space="preserve"> or </w:t>
      </w:r>
      <w:r w:rsidR="00180A50">
        <w:rPr>
          <w:b/>
          <w:bCs/>
        </w:rPr>
        <w:t xml:space="preserve">why de-escalation tactics were </w:t>
      </w:r>
      <w:r w:rsidR="00743DB7">
        <w:rPr>
          <w:b/>
          <w:bCs/>
        </w:rPr>
        <w:t>not feasible</w:t>
      </w:r>
      <w:r w:rsidR="0069593C">
        <w:rPr>
          <w:b/>
          <w:bCs/>
        </w:rPr>
        <w:t xml:space="preserve">.  </w:t>
      </w:r>
    </w:p>
    <w:p w14:paraId="1AECAE74" w14:textId="72B789A0" w:rsidR="008742CA" w:rsidRPr="00DE6251" w:rsidRDefault="087244F5" w:rsidP="12BD933B">
      <w:r>
        <w:t>☐ Narrative Attached; Report #: _____</w:t>
      </w:r>
    </w:p>
    <w:p w14:paraId="2304881B" w14:textId="63269376" w:rsidR="008742CA" w:rsidRPr="00DE6251" w:rsidRDefault="398EE88E" w:rsidP="12BD933B">
      <w:r w:rsidRPr="12BD933B">
        <w:rPr>
          <w:b/>
          <w:bCs/>
        </w:rPr>
        <w:t xml:space="preserve"> </w:t>
      </w:r>
      <w:r w:rsidR="008742CA">
        <w:rPr>
          <w:noProof/>
        </w:rPr>
        <mc:AlternateContent>
          <mc:Choice Requires="wps">
            <w:drawing>
              <wp:inline distT="45720" distB="45720" distL="114300" distR="114300" wp14:anchorId="1C8BF9FE" wp14:editId="3EC58C70">
                <wp:extent cx="5457825" cy="1156970"/>
                <wp:effectExtent l="0" t="0" r="28575" b="24130"/>
                <wp:docPr id="9067836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1156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E34DE" w14:textId="77777777" w:rsidR="00D7762A" w:rsidRDefault="00D776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C8BF9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29.75pt;height:9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">
                <v:textbox>
                  <w:txbxContent>
                    <w:p w14:paraId="6C1E34DE" w14:textId="77777777" w:rsidR="00D7762A" w:rsidRDefault="00D7762A"/>
                  </w:txbxContent>
                </v:textbox>
                <w10:anchorlock/>
              </v:shape>
            </w:pict>
          </mc:Fallback>
        </mc:AlternateContent>
      </w:r>
    </w:p>
    <w:p w14:paraId="7EE1A0FD" w14:textId="2976D959" w:rsidR="00DE6251" w:rsidRPr="00B52139" w:rsidRDefault="00DA4578" w:rsidP="00DE6251">
      <w:pPr>
        <w:rPr>
          <w:b/>
          <w:sz w:val="24"/>
        </w:rPr>
      </w:pPr>
      <w:r w:rsidRPr="00B52139">
        <w:rPr>
          <w:b/>
          <w:sz w:val="24"/>
        </w:rPr>
        <w:t>8</w:t>
      </w:r>
      <w:r w:rsidR="00DE6251" w:rsidRPr="00B52139">
        <w:rPr>
          <w:b/>
          <w:sz w:val="24"/>
        </w:rPr>
        <w:t>. OTHER</w:t>
      </w:r>
    </w:p>
    <w:p w14:paraId="03BE3059" w14:textId="2E43FA63" w:rsidR="00DE6251" w:rsidRPr="00B52139" w:rsidRDefault="00E72898">
      <w:pPr>
        <w:rPr>
          <w:b/>
          <w:bCs/>
        </w:rPr>
      </w:pPr>
      <w:r w:rsidRPr="00B52139">
        <w:rPr>
          <w:b/>
          <w:bCs/>
        </w:rPr>
        <w:t>Known Video</w:t>
      </w:r>
      <w:r w:rsidR="00DE6251" w:rsidRPr="00B52139">
        <w:rPr>
          <w:b/>
          <w:bCs/>
        </w:rPr>
        <w:t xml:space="preserve"> Footage Available (select all that apply)</w:t>
      </w:r>
      <w:r w:rsidRPr="00B52139">
        <w:rPr>
          <w:b/>
          <w:bCs/>
        </w:rPr>
        <w:t xml:space="preserve"> </w:t>
      </w:r>
    </w:p>
    <w:p w14:paraId="02EDBFFE" w14:textId="5DCB2529" w:rsidR="001C0EB8" w:rsidRPr="00B52139" w:rsidRDefault="00DE6251">
      <w:r w:rsidRPr="00B52139">
        <w:t xml:space="preserve">☐ None   </w:t>
      </w:r>
      <w:r w:rsidR="00E72898" w:rsidRPr="00B52139">
        <w:t>☐ BWC   ☐ Dashcam   ☐ Cell</w:t>
      </w:r>
      <w:r w:rsidRPr="00B52139">
        <w:t xml:space="preserve"> phone</w:t>
      </w:r>
      <w:r w:rsidR="00E72898" w:rsidRPr="00B52139">
        <w:t xml:space="preserve">   ☐ Commercial CCTV   ☐ Residential CCTV   ☐ Drone   </w:t>
      </w:r>
      <w:r w:rsidRPr="00B52139">
        <w:t xml:space="preserve">      </w:t>
      </w:r>
      <w:r w:rsidR="00E72898" w:rsidRPr="00B52139">
        <w:t>☐ Other</w:t>
      </w:r>
      <w:r w:rsidRPr="00B52139">
        <w:t>, Describe: _____</w:t>
      </w:r>
      <w:r w:rsidR="00E72898" w:rsidRPr="00B52139">
        <w:t xml:space="preserve">   </w:t>
      </w:r>
    </w:p>
    <w:p w14:paraId="164C1C9B" w14:textId="77777777" w:rsidR="00DE6251" w:rsidRPr="00B52139" w:rsidRDefault="00E72898">
      <w:r w:rsidRPr="00B52139">
        <w:rPr>
          <w:b/>
          <w:bCs/>
        </w:rPr>
        <w:t>Supervisor</w:t>
      </w:r>
      <w:r w:rsidR="00DE6251" w:rsidRPr="00B52139">
        <w:rPr>
          <w:b/>
          <w:bCs/>
        </w:rPr>
        <w:t>/Senior Officer</w:t>
      </w:r>
      <w:r w:rsidRPr="00B52139">
        <w:rPr>
          <w:b/>
          <w:bCs/>
        </w:rPr>
        <w:t xml:space="preserve"> Notified</w:t>
      </w:r>
      <w:r w:rsidR="00DE6251" w:rsidRPr="00B52139">
        <w:rPr>
          <w:b/>
          <w:bCs/>
        </w:rPr>
        <w:t xml:space="preserve"> Before and/or During Incident</w:t>
      </w:r>
      <w:r w:rsidRPr="00B52139">
        <w:rPr>
          <w:b/>
          <w:bCs/>
        </w:rPr>
        <w:t>:</w:t>
      </w:r>
      <w:r w:rsidRPr="00B52139">
        <w:t xml:space="preserve"> ☐ Yes   ☐ No   </w:t>
      </w:r>
    </w:p>
    <w:p w14:paraId="75EB160A" w14:textId="5923EAD2" w:rsidR="001C0EB8" w:rsidRPr="00B52139" w:rsidRDefault="00DE6251" w:rsidP="00DE6251">
      <w:pPr>
        <w:ind w:firstLine="720"/>
      </w:pPr>
      <w:r w:rsidRPr="00B52139">
        <w:t xml:space="preserve">If yes, </w:t>
      </w:r>
      <w:r w:rsidR="00E72898" w:rsidRPr="00B52139">
        <w:t>Name/Rank: __________</w:t>
      </w:r>
    </w:p>
    <w:p w14:paraId="19F870EA" w14:textId="50AEF938" w:rsidR="00DE6251" w:rsidRPr="00B52139" w:rsidRDefault="00E72898">
      <w:r w:rsidRPr="00B52139">
        <w:rPr>
          <w:b/>
          <w:bCs/>
        </w:rPr>
        <w:t>Supervisor</w:t>
      </w:r>
      <w:r w:rsidR="00DE6251" w:rsidRPr="00B52139">
        <w:rPr>
          <w:b/>
          <w:bCs/>
        </w:rPr>
        <w:t>/Senior Officer</w:t>
      </w:r>
      <w:r w:rsidRPr="00B52139">
        <w:rPr>
          <w:b/>
          <w:bCs/>
        </w:rPr>
        <w:t xml:space="preserve"> Responded</w:t>
      </w:r>
      <w:r w:rsidR="00F77965" w:rsidRPr="00B52139">
        <w:rPr>
          <w:b/>
          <w:bCs/>
        </w:rPr>
        <w:t xml:space="preserve"> to Scene</w:t>
      </w:r>
      <w:r w:rsidRPr="00B52139">
        <w:rPr>
          <w:b/>
          <w:bCs/>
        </w:rPr>
        <w:t>:</w:t>
      </w:r>
      <w:r w:rsidRPr="00B52139">
        <w:t xml:space="preserve"> ☐ Yes   ☐ No   </w:t>
      </w:r>
    </w:p>
    <w:p w14:paraId="56B96DC2" w14:textId="43411F39" w:rsidR="001C0EB8" w:rsidRPr="00B52139" w:rsidRDefault="00DE6251" w:rsidP="00DE6251">
      <w:pPr>
        <w:ind w:firstLine="720"/>
      </w:pPr>
      <w:r w:rsidRPr="00B52139">
        <w:t xml:space="preserve">If yes, </w:t>
      </w:r>
      <w:r w:rsidR="00E72898" w:rsidRPr="00B52139">
        <w:t>Name/Rank: __________</w:t>
      </w:r>
    </w:p>
    <w:p w14:paraId="4FCED0F0" w14:textId="77777777" w:rsidR="00F63B22" w:rsidRDefault="00F63B22" w:rsidP="009C0421">
      <w:pPr>
        <w:rPr>
          <w:b/>
          <w:bCs/>
        </w:rPr>
      </w:pPr>
    </w:p>
    <w:p w14:paraId="45030CBB" w14:textId="77777777" w:rsidR="00F63B22" w:rsidRDefault="00F63B22" w:rsidP="009C0421">
      <w:pPr>
        <w:rPr>
          <w:b/>
          <w:bCs/>
        </w:rPr>
      </w:pPr>
    </w:p>
    <w:p w14:paraId="6295C26F" w14:textId="4C32696B" w:rsidR="009C0421" w:rsidRPr="00B52139" w:rsidRDefault="009C0421" w:rsidP="009C0421">
      <w:r w:rsidRPr="00B52139">
        <w:rPr>
          <w:b/>
          <w:bCs/>
        </w:rPr>
        <w:lastRenderedPageBreak/>
        <w:t>Other Officer(s) Present:</w:t>
      </w:r>
      <w:r w:rsidRPr="00B52139">
        <w:t xml:space="preserve">  ☐ Yes   ☐ No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9C0421" w:rsidRPr="00B52139" w14:paraId="707F615E" w14:textId="77777777" w:rsidTr="000B60CA">
        <w:trPr>
          <w:jc w:val="center"/>
        </w:trPr>
        <w:tc>
          <w:tcPr>
            <w:tcW w:w="4320" w:type="dxa"/>
          </w:tcPr>
          <w:p w14:paraId="26511A21" w14:textId="77777777" w:rsidR="009C0421" w:rsidRPr="00B52139" w:rsidRDefault="009C0421" w:rsidP="000B60CA">
            <w:r w:rsidRPr="00B52139">
              <w:t>Name, Rank</w:t>
            </w:r>
          </w:p>
        </w:tc>
        <w:tc>
          <w:tcPr>
            <w:tcW w:w="4320" w:type="dxa"/>
          </w:tcPr>
          <w:p w14:paraId="10643CDB" w14:textId="77777777" w:rsidR="009C0421" w:rsidRPr="00B52139" w:rsidRDefault="009C0421" w:rsidP="000B60CA">
            <w:r w:rsidRPr="00B52139">
              <w:t>Agency</w:t>
            </w:r>
          </w:p>
        </w:tc>
      </w:tr>
      <w:tr w:rsidR="009C0421" w:rsidRPr="00B52139" w14:paraId="056024FC" w14:textId="77777777" w:rsidTr="000B60CA">
        <w:trPr>
          <w:jc w:val="center"/>
        </w:trPr>
        <w:tc>
          <w:tcPr>
            <w:tcW w:w="4320" w:type="dxa"/>
          </w:tcPr>
          <w:p w14:paraId="61C73BBF" w14:textId="77777777" w:rsidR="009C0421" w:rsidRPr="00B52139" w:rsidRDefault="009C0421" w:rsidP="000B60CA">
            <w:r w:rsidRPr="00B52139">
              <w:t>Name, Rank</w:t>
            </w:r>
          </w:p>
        </w:tc>
        <w:tc>
          <w:tcPr>
            <w:tcW w:w="4320" w:type="dxa"/>
          </w:tcPr>
          <w:p w14:paraId="334BFE1B" w14:textId="77777777" w:rsidR="009C0421" w:rsidRPr="00B52139" w:rsidRDefault="009C0421" w:rsidP="000B60CA">
            <w:r w:rsidRPr="00B52139">
              <w:t>Agency</w:t>
            </w:r>
          </w:p>
        </w:tc>
      </w:tr>
      <w:tr w:rsidR="009C0421" w:rsidRPr="00B52139" w14:paraId="2F71E3CC" w14:textId="77777777" w:rsidTr="000B60CA">
        <w:trPr>
          <w:jc w:val="center"/>
        </w:trPr>
        <w:tc>
          <w:tcPr>
            <w:tcW w:w="4320" w:type="dxa"/>
          </w:tcPr>
          <w:p w14:paraId="54777C7C" w14:textId="77777777" w:rsidR="009C0421" w:rsidRPr="00B52139" w:rsidRDefault="009C0421" w:rsidP="000B60CA">
            <w:r w:rsidRPr="00B52139">
              <w:t>Name, Rank</w:t>
            </w:r>
          </w:p>
        </w:tc>
        <w:tc>
          <w:tcPr>
            <w:tcW w:w="4320" w:type="dxa"/>
          </w:tcPr>
          <w:p w14:paraId="06EF8FF2" w14:textId="77777777" w:rsidR="009C0421" w:rsidRPr="00B52139" w:rsidRDefault="009C0421" w:rsidP="000B60CA">
            <w:r w:rsidRPr="00B52139">
              <w:t>Agency</w:t>
            </w:r>
          </w:p>
        </w:tc>
      </w:tr>
    </w:tbl>
    <w:p w14:paraId="2F7E74B1" w14:textId="77777777" w:rsidR="009C0421" w:rsidRPr="00B52139" w:rsidRDefault="009C0421" w:rsidP="009C0421">
      <w:pPr>
        <w:rPr>
          <w:b/>
          <w:bCs/>
        </w:rPr>
      </w:pPr>
    </w:p>
    <w:p w14:paraId="00B55DB7" w14:textId="7E5BA6D7" w:rsidR="009C0421" w:rsidRPr="00B52139" w:rsidRDefault="009C0421" w:rsidP="009C0421">
      <w:r w:rsidRPr="00B52139">
        <w:rPr>
          <w:b/>
          <w:bCs/>
        </w:rPr>
        <w:t>Other Witnesses Present:</w:t>
      </w:r>
      <w:r w:rsidRPr="00B52139">
        <w:t xml:space="preserve">  ☐ Yes   ☐ No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64"/>
        <w:gridCol w:w="3876"/>
        <w:gridCol w:w="2290"/>
      </w:tblGrid>
      <w:tr w:rsidR="009C0421" w:rsidRPr="00B52139" w14:paraId="4FF19E97" w14:textId="77777777" w:rsidTr="000B60CA">
        <w:trPr>
          <w:jc w:val="center"/>
        </w:trPr>
        <w:tc>
          <w:tcPr>
            <w:tcW w:w="2514" w:type="dxa"/>
          </w:tcPr>
          <w:p w14:paraId="48D8DDDE" w14:textId="77777777" w:rsidR="009C0421" w:rsidRPr="00B52139" w:rsidRDefault="009C0421" w:rsidP="000B60CA">
            <w:r w:rsidRPr="00B52139">
              <w:t>Name</w:t>
            </w:r>
          </w:p>
        </w:tc>
        <w:tc>
          <w:tcPr>
            <w:tcW w:w="3960" w:type="dxa"/>
          </w:tcPr>
          <w:p w14:paraId="42C463D1" w14:textId="77777777" w:rsidR="009C0421" w:rsidRPr="00B52139" w:rsidRDefault="009C0421" w:rsidP="000B60CA">
            <w:r w:rsidRPr="00B52139">
              <w:t>Address</w:t>
            </w:r>
          </w:p>
        </w:tc>
        <w:tc>
          <w:tcPr>
            <w:tcW w:w="2333" w:type="dxa"/>
          </w:tcPr>
          <w:p w14:paraId="033629E3" w14:textId="77777777" w:rsidR="009C0421" w:rsidRPr="00B52139" w:rsidRDefault="009C0421" w:rsidP="000B60CA">
            <w:r w:rsidRPr="00B52139">
              <w:t>Phone</w:t>
            </w:r>
          </w:p>
        </w:tc>
      </w:tr>
      <w:tr w:rsidR="009C0421" w:rsidRPr="00B52139" w14:paraId="199DE502" w14:textId="77777777" w:rsidTr="000B60CA">
        <w:trPr>
          <w:jc w:val="center"/>
        </w:trPr>
        <w:tc>
          <w:tcPr>
            <w:tcW w:w="2514" w:type="dxa"/>
          </w:tcPr>
          <w:p w14:paraId="035DD862" w14:textId="77777777" w:rsidR="009C0421" w:rsidRPr="00B52139" w:rsidRDefault="009C0421" w:rsidP="000B60CA">
            <w:r w:rsidRPr="00B52139">
              <w:t>Name</w:t>
            </w:r>
          </w:p>
        </w:tc>
        <w:tc>
          <w:tcPr>
            <w:tcW w:w="3960" w:type="dxa"/>
          </w:tcPr>
          <w:p w14:paraId="4242E3B2" w14:textId="77777777" w:rsidR="009C0421" w:rsidRPr="00B52139" w:rsidRDefault="009C0421" w:rsidP="000B60CA">
            <w:r w:rsidRPr="00B52139">
              <w:t>Address</w:t>
            </w:r>
          </w:p>
        </w:tc>
        <w:tc>
          <w:tcPr>
            <w:tcW w:w="2333" w:type="dxa"/>
          </w:tcPr>
          <w:p w14:paraId="1B25F111" w14:textId="77777777" w:rsidR="009C0421" w:rsidRPr="00B52139" w:rsidRDefault="009C0421" w:rsidP="000B60CA">
            <w:r w:rsidRPr="00B52139">
              <w:t>Phone</w:t>
            </w:r>
          </w:p>
        </w:tc>
      </w:tr>
      <w:tr w:rsidR="009C0421" w:rsidRPr="00B52139" w14:paraId="0210FEF7" w14:textId="77777777" w:rsidTr="000B60CA">
        <w:trPr>
          <w:jc w:val="center"/>
        </w:trPr>
        <w:tc>
          <w:tcPr>
            <w:tcW w:w="2514" w:type="dxa"/>
          </w:tcPr>
          <w:p w14:paraId="59672A4F" w14:textId="77777777" w:rsidR="009C0421" w:rsidRPr="00B52139" w:rsidRDefault="009C0421" w:rsidP="000B60CA">
            <w:r w:rsidRPr="00B52139">
              <w:t>Name</w:t>
            </w:r>
          </w:p>
        </w:tc>
        <w:tc>
          <w:tcPr>
            <w:tcW w:w="3960" w:type="dxa"/>
          </w:tcPr>
          <w:p w14:paraId="65CEF575" w14:textId="77777777" w:rsidR="009C0421" w:rsidRPr="00B52139" w:rsidRDefault="009C0421" w:rsidP="000B60CA">
            <w:r w:rsidRPr="00B52139">
              <w:t>Address</w:t>
            </w:r>
          </w:p>
        </w:tc>
        <w:tc>
          <w:tcPr>
            <w:tcW w:w="2333" w:type="dxa"/>
          </w:tcPr>
          <w:p w14:paraId="4FAB84C3" w14:textId="77777777" w:rsidR="009C0421" w:rsidRPr="00B52139" w:rsidRDefault="009C0421" w:rsidP="000B60CA">
            <w:r w:rsidRPr="00B52139">
              <w:t>Phone</w:t>
            </w:r>
          </w:p>
        </w:tc>
      </w:tr>
    </w:tbl>
    <w:p w14:paraId="117CEE09" w14:textId="77777777" w:rsidR="002737DD" w:rsidRPr="00B52139" w:rsidRDefault="002737DD">
      <w:pPr>
        <w:rPr>
          <w:b/>
          <w:sz w:val="24"/>
        </w:rPr>
      </w:pPr>
    </w:p>
    <w:p w14:paraId="22B4A131" w14:textId="0A79F13D" w:rsidR="001C0EB8" w:rsidRPr="00B52139" w:rsidRDefault="00DA4578">
      <w:r w:rsidRPr="00B52139">
        <w:rPr>
          <w:b/>
          <w:bCs/>
          <w:sz w:val="24"/>
          <w:szCs w:val="24"/>
        </w:rPr>
        <w:t>9</w:t>
      </w:r>
      <w:r w:rsidR="00E72898" w:rsidRPr="00B52139">
        <w:rPr>
          <w:b/>
          <w:bCs/>
          <w:sz w:val="24"/>
          <w:szCs w:val="24"/>
        </w:rPr>
        <w:t>. SUPERVISOR REVIEW</w:t>
      </w:r>
      <w:r w:rsidR="71EA1925" w:rsidRPr="00B52139">
        <w:rPr>
          <w:b/>
          <w:bCs/>
          <w:sz w:val="24"/>
          <w:szCs w:val="24"/>
        </w:rPr>
        <w:t xml:space="preserve"> (Supervisor not directly involved in incident)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15"/>
        <w:gridCol w:w="4315"/>
      </w:tblGrid>
      <w:tr w:rsidR="001C0EB8" w:rsidRPr="00B52139" w14:paraId="0482A99D" w14:textId="77777777" w:rsidTr="12BD933B">
        <w:trPr>
          <w:jc w:val="center"/>
        </w:trPr>
        <w:tc>
          <w:tcPr>
            <w:tcW w:w="4320" w:type="dxa"/>
          </w:tcPr>
          <w:p w14:paraId="069895FE" w14:textId="206166F9" w:rsidR="001C0EB8" w:rsidRPr="00B52139" w:rsidRDefault="00E72898">
            <w:r w:rsidRPr="00B52139">
              <w:t>Supervisor</w:t>
            </w:r>
            <w:r w:rsidR="00DE6251" w:rsidRPr="00B52139">
              <w:t xml:space="preserve"> Name</w:t>
            </w:r>
          </w:p>
        </w:tc>
        <w:tc>
          <w:tcPr>
            <w:tcW w:w="4320" w:type="dxa"/>
          </w:tcPr>
          <w:p w14:paraId="26BEE5CD" w14:textId="77777777" w:rsidR="001C0EB8" w:rsidRPr="00B52139" w:rsidRDefault="001C0EB8"/>
        </w:tc>
      </w:tr>
      <w:tr w:rsidR="001C0EB8" w:rsidRPr="00B52139" w14:paraId="6502169D" w14:textId="77777777" w:rsidTr="12BD933B">
        <w:trPr>
          <w:jc w:val="center"/>
        </w:trPr>
        <w:tc>
          <w:tcPr>
            <w:tcW w:w="4320" w:type="dxa"/>
          </w:tcPr>
          <w:p w14:paraId="23B1B218" w14:textId="0311C9AA" w:rsidR="001C0EB8" w:rsidRPr="00B52139" w:rsidRDefault="00E72898">
            <w:r w:rsidRPr="00B52139">
              <w:t xml:space="preserve">Officer </w:t>
            </w:r>
            <w:r w:rsidR="20246F18" w:rsidRPr="00B52139">
              <w:t>Report</w:t>
            </w:r>
            <w:r w:rsidRPr="00B52139">
              <w:t xml:space="preserve"> </w:t>
            </w:r>
            <w:r w:rsidR="00DE6251" w:rsidRPr="00B52139">
              <w:t xml:space="preserve">Properly </w:t>
            </w:r>
            <w:r w:rsidRPr="00B52139">
              <w:t>Complete</w:t>
            </w:r>
            <w:r w:rsidR="00DE6251" w:rsidRPr="00B52139">
              <w:t>d</w:t>
            </w:r>
            <w:r w:rsidR="1D277FC2" w:rsidRPr="00B52139">
              <w:t xml:space="preserve"> and Completed by End of Shift or Granted Extension</w:t>
            </w:r>
          </w:p>
        </w:tc>
        <w:tc>
          <w:tcPr>
            <w:tcW w:w="4320" w:type="dxa"/>
          </w:tcPr>
          <w:p w14:paraId="730A1630" w14:textId="77777777" w:rsidR="001C0EB8" w:rsidRPr="00B52139" w:rsidRDefault="00E72898">
            <w:r w:rsidRPr="00B52139">
              <w:t>☐ Yes   ☐ No</w:t>
            </w:r>
          </w:p>
        </w:tc>
      </w:tr>
      <w:tr w:rsidR="001C0EB8" w:rsidRPr="00B52139" w14:paraId="19520FF9" w14:textId="77777777" w:rsidTr="12BD933B">
        <w:trPr>
          <w:jc w:val="center"/>
        </w:trPr>
        <w:tc>
          <w:tcPr>
            <w:tcW w:w="4320" w:type="dxa"/>
          </w:tcPr>
          <w:p w14:paraId="1C2A6386" w14:textId="77777777" w:rsidR="001C0EB8" w:rsidRPr="00B52139" w:rsidRDefault="00E72898">
            <w:r w:rsidRPr="00B52139">
              <w:t>Evidence Preserved</w:t>
            </w:r>
          </w:p>
        </w:tc>
        <w:tc>
          <w:tcPr>
            <w:tcW w:w="4320" w:type="dxa"/>
          </w:tcPr>
          <w:p w14:paraId="2138C108" w14:textId="77777777" w:rsidR="001C0EB8" w:rsidRPr="00B52139" w:rsidRDefault="00E72898">
            <w:r w:rsidRPr="00B52139">
              <w:t>☐ Yes   ☐ No</w:t>
            </w:r>
          </w:p>
        </w:tc>
      </w:tr>
      <w:tr w:rsidR="00C65820" w:rsidRPr="00B52139" w14:paraId="25C272E3" w14:textId="77777777" w:rsidTr="12BD933B">
        <w:trPr>
          <w:jc w:val="center"/>
        </w:trPr>
        <w:tc>
          <w:tcPr>
            <w:tcW w:w="4320" w:type="dxa"/>
          </w:tcPr>
          <w:p w14:paraId="319128DA" w14:textId="7A3CCFD1" w:rsidR="00C65820" w:rsidRPr="00B52139" w:rsidRDefault="00922E39">
            <w:r w:rsidRPr="00B52139">
              <w:t>Clear Violation of Law and/or Agency Policy &amp; Procedures</w:t>
            </w:r>
          </w:p>
        </w:tc>
        <w:tc>
          <w:tcPr>
            <w:tcW w:w="4320" w:type="dxa"/>
          </w:tcPr>
          <w:p w14:paraId="4DD3C906" w14:textId="77777777" w:rsidR="00922E39" w:rsidRPr="00B52139" w:rsidRDefault="00922E39" w:rsidP="00922E39">
            <w:r w:rsidRPr="00B52139">
              <w:t>☐ Yes   ☐ No    ☐ Unknown</w:t>
            </w:r>
          </w:p>
          <w:p w14:paraId="28D8F1D6" w14:textId="50D3D25B" w:rsidR="00C65820" w:rsidRPr="00B52139" w:rsidRDefault="00922E39" w:rsidP="00922E39">
            <w:r w:rsidRPr="00B52139">
              <w:t>If yes, Describe: _____</w:t>
            </w:r>
          </w:p>
        </w:tc>
      </w:tr>
      <w:tr w:rsidR="001C0EB8" w:rsidRPr="00B52139" w14:paraId="44816BC1" w14:textId="77777777" w:rsidTr="12BD933B">
        <w:trPr>
          <w:jc w:val="center"/>
        </w:trPr>
        <w:tc>
          <w:tcPr>
            <w:tcW w:w="4320" w:type="dxa"/>
          </w:tcPr>
          <w:p w14:paraId="68A2E4C4" w14:textId="77777777" w:rsidR="001C0EB8" w:rsidRPr="00B52139" w:rsidRDefault="00E72898">
            <w:r w:rsidRPr="00B52139">
              <w:t>Date</w:t>
            </w:r>
          </w:p>
        </w:tc>
        <w:tc>
          <w:tcPr>
            <w:tcW w:w="4320" w:type="dxa"/>
          </w:tcPr>
          <w:p w14:paraId="4C2F0FE4" w14:textId="77777777" w:rsidR="001C0EB8" w:rsidRPr="00B52139" w:rsidRDefault="001C0EB8"/>
        </w:tc>
      </w:tr>
      <w:tr w:rsidR="001C0EB8" w14:paraId="6BBD59B3" w14:textId="77777777" w:rsidTr="12BD933B">
        <w:trPr>
          <w:jc w:val="center"/>
        </w:trPr>
        <w:tc>
          <w:tcPr>
            <w:tcW w:w="4320" w:type="dxa"/>
          </w:tcPr>
          <w:p w14:paraId="340FA15B" w14:textId="77777777" w:rsidR="001C0EB8" w:rsidRPr="00B52139" w:rsidRDefault="00E72898">
            <w:r w:rsidRPr="00B52139">
              <w:t>Signature</w:t>
            </w:r>
          </w:p>
        </w:tc>
        <w:tc>
          <w:tcPr>
            <w:tcW w:w="4320" w:type="dxa"/>
          </w:tcPr>
          <w:p w14:paraId="56ADFC85" w14:textId="77777777" w:rsidR="001C0EB8" w:rsidRDefault="001C0EB8"/>
        </w:tc>
      </w:tr>
    </w:tbl>
    <w:p w14:paraId="6A9F81CB" w14:textId="77777777" w:rsidR="00DA4578" w:rsidRDefault="00DA4578">
      <w:pPr>
        <w:rPr>
          <w:b/>
          <w:sz w:val="24"/>
        </w:rPr>
      </w:pPr>
    </w:p>
    <w:p w14:paraId="607D6BEC" w14:textId="77777777" w:rsidR="005C281C" w:rsidRDefault="005C281C">
      <w:pPr>
        <w:rPr>
          <w:b/>
          <w:sz w:val="24"/>
        </w:rPr>
      </w:pPr>
    </w:p>
    <w:p w14:paraId="5625D618" w14:textId="77777777" w:rsidR="005C281C" w:rsidRDefault="005C281C">
      <w:pPr>
        <w:rPr>
          <w:b/>
          <w:sz w:val="24"/>
        </w:rPr>
      </w:pPr>
    </w:p>
    <w:p w14:paraId="2F667420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718BA068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4C28F0AD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4F712A0C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600605C1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41F7D2EB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0F4FC58A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521BA10E" w14:textId="77777777" w:rsidR="00A70756" w:rsidRDefault="00A70756" w:rsidP="12BD933B">
      <w:pPr>
        <w:rPr>
          <w:b/>
          <w:bCs/>
          <w:sz w:val="24"/>
          <w:szCs w:val="24"/>
          <w:vertAlign w:val="subscript"/>
        </w:rPr>
      </w:pPr>
    </w:p>
    <w:p w14:paraId="25F30A70" w14:textId="155FADA3" w:rsidR="00A70756" w:rsidRPr="00A70756" w:rsidRDefault="00A70756" w:rsidP="12BD933B">
      <w:pPr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(</w:t>
      </w:r>
      <w:r w:rsidRPr="00A70756">
        <w:rPr>
          <w:sz w:val="24"/>
          <w:szCs w:val="24"/>
          <w:vertAlign w:val="subscript"/>
        </w:rPr>
        <w:t>Approved 9/24/26</w:t>
      </w:r>
      <w:r>
        <w:rPr>
          <w:sz w:val="24"/>
          <w:szCs w:val="24"/>
          <w:vertAlign w:val="subscript"/>
        </w:rPr>
        <w:t>)</w:t>
      </w:r>
    </w:p>
    <w:sectPr w:rsidR="00A70756" w:rsidRPr="00A70756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09769" w14:textId="77777777" w:rsidR="008F41DC" w:rsidRDefault="008F41DC" w:rsidP="00E403C4">
      <w:pPr>
        <w:spacing w:after="0" w:line="240" w:lineRule="auto"/>
      </w:pPr>
      <w:r>
        <w:separator/>
      </w:r>
    </w:p>
  </w:endnote>
  <w:endnote w:type="continuationSeparator" w:id="0">
    <w:p w14:paraId="0B20C39D" w14:textId="77777777" w:rsidR="008F41DC" w:rsidRDefault="008F41DC" w:rsidP="00E4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1CBC0" w14:textId="77777777" w:rsidR="00E403C4" w:rsidRDefault="00E403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D7D84" w14:textId="77777777" w:rsidR="00E403C4" w:rsidRDefault="00E403C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7ABA1" w14:textId="77777777" w:rsidR="00E403C4" w:rsidRDefault="00E403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42DE8" w14:textId="77777777" w:rsidR="008F41DC" w:rsidRDefault="008F41DC" w:rsidP="00E403C4">
      <w:pPr>
        <w:spacing w:after="0" w:line="240" w:lineRule="auto"/>
      </w:pPr>
      <w:r>
        <w:separator/>
      </w:r>
    </w:p>
  </w:footnote>
  <w:footnote w:type="continuationSeparator" w:id="0">
    <w:p w14:paraId="427511CE" w14:textId="77777777" w:rsidR="008F41DC" w:rsidRDefault="008F41DC" w:rsidP="00E40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96351" w14:textId="77777777" w:rsidR="00E403C4" w:rsidRDefault="00E403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46E9" w14:textId="30384D3D" w:rsidR="00E403C4" w:rsidRDefault="00E403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2728E" w14:textId="77777777" w:rsidR="00E403C4" w:rsidRDefault="00E403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5661404">
    <w:abstractNumId w:val="8"/>
  </w:num>
  <w:num w:numId="2" w16cid:durableId="291405698">
    <w:abstractNumId w:val="6"/>
  </w:num>
  <w:num w:numId="3" w16cid:durableId="880675680">
    <w:abstractNumId w:val="5"/>
  </w:num>
  <w:num w:numId="4" w16cid:durableId="653022286">
    <w:abstractNumId w:val="4"/>
  </w:num>
  <w:num w:numId="5" w16cid:durableId="2114862039">
    <w:abstractNumId w:val="7"/>
  </w:num>
  <w:num w:numId="6" w16cid:durableId="1873498327">
    <w:abstractNumId w:val="3"/>
  </w:num>
  <w:num w:numId="7" w16cid:durableId="1845780109">
    <w:abstractNumId w:val="2"/>
  </w:num>
  <w:num w:numId="8" w16cid:durableId="1840929044">
    <w:abstractNumId w:val="1"/>
  </w:num>
  <w:num w:numId="9" w16cid:durableId="336738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37A"/>
    <w:rsid w:val="000179E4"/>
    <w:rsid w:val="00025843"/>
    <w:rsid w:val="00030D08"/>
    <w:rsid w:val="000330F0"/>
    <w:rsid w:val="00034616"/>
    <w:rsid w:val="00044C00"/>
    <w:rsid w:val="00053BCD"/>
    <w:rsid w:val="00054025"/>
    <w:rsid w:val="000556DF"/>
    <w:rsid w:val="00056305"/>
    <w:rsid w:val="0006063C"/>
    <w:rsid w:val="00071547"/>
    <w:rsid w:val="000723CA"/>
    <w:rsid w:val="0007790D"/>
    <w:rsid w:val="00080A4D"/>
    <w:rsid w:val="00091730"/>
    <w:rsid w:val="00091DAE"/>
    <w:rsid w:val="00097209"/>
    <w:rsid w:val="000B60CA"/>
    <w:rsid w:val="000D3339"/>
    <w:rsid w:val="001117D5"/>
    <w:rsid w:val="001135E5"/>
    <w:rsid w:val="00121F92"/>
    <w:rsid w:val="00122353"/>
    <w:rsid w:val="00135D5F"/>
    <w:rsid w:val="001453DE"/>
    <w:rsid w:val="0015074B"/>
    <w:rsid w:val="00170B17"/>
    <w:rsid w:val="0017156F"/>
    <w:rsid w:val="00180585"/>
    <w:rsid w:val="00180A50"/>
    <w:rsid w:val="00181555"/>
    <w:rsid w:val="001853E3"/>
    <w:rsid w:val="001858FA"/>
    <w:rsid w:val="00194931"/>
    <w:rsid w:val="001A0595"/>
    <w:rsid w:val="001C0EB8"/>
    <w:rsid w:val="001D3E51"/>
    <w:rsid w:val="001D459F"/>
    <w:rsid w:val="001E0774"/>
    <w:rsid w:val="001E37A6"/>
    <w:rsid w:val="001E7617"/>
    <w:rsid w:val="001F6ADC"/>
    <w:rsid w:val="00207FCF"/>
    <w:rsid w:val="00212676"/>
    <w:rsid w:val="002135FF"/>
    <w:rsid w:val="00216863"/>
    <w:rsid w:val="00222650"/>
    <w:rsid w:val="00234E21"/>
    <w:rsid w:val="00240E97"/>
    <w:rsid w:val="002532F5"/>
    <w:rsid w:val="00261082"/>
    <w:rsid w:val="002737DD"/>
    <w:rsid w:val="00274382"/>
    <w:rsid w:val="00274E4E"/>
    <w:rsid w:val="0029639D"/>
    <w:rsid w:val="002B1B01"/>
    <w:rsid w:val="002E3CD6"/>
    <w:rsid w:val="002F01C0"/>
    <w:rsid w:val="003009D7"/>
    <w:rsid w:val="00302DCF"/>
    <w:rsid w:val="00303A1E"/>
    <w:rsid w:val="00317C7D"/>
    <w:rsid w:val="00321B6F"/>
    <w:rsid w:val="00326F90"/>
    <w:rsid w:val="00330D4C"/>
    <w:rsid w:val="00330F97"/>
    <w:rsid w:val="00334F4B"/>
    <w:rsid w:val="00336633"/>
    <w:rsid w:val="00344C05"/>
    <w:rsid w:val="0034520B"/>
    <w:rsid w:val="00346044"/>
    <w:rsid w:val="00363147"/>
    <w:rsid w:val="00365E8C"/>
    <w:rsid w:val="003676A3"/>
    <w:rsid w:val="00370B57"/>
    <w:rsid w:val="00375235"/>
    <w:rsid w:val="00381AC3"/>
    <w:rsid w:val="003A4203"/>
    <w:rsid w:val="003B5E3C"/>
    <w:rsid w:val="003B65B6"/>
    <w:rsid w:val="003C27C7"/>
    <w:rsid w:val="003C53CB"/>
    <w:rsid w:val="003C5ADE"/>
    <w:rsid w:val="003C7A08"/>
    <w:rsid w:val="003D6316"/>
    <w:rsid w:val="00406A03"/>
    <w:rsid w:val="00412E7E"/>
    <w:rsid w:val="004230E7"/>
    <w:rsid w:val="0042499B"/>
    <w:rsid w:val="00425031"/>
    <w:rsid w:val="004259C2"/>
    <w:rsid w:val="00427A33"/>
    <w:rsid w:val="004310CB"/>
    <w:rsid w:val="0043251E"/>
    <w:rsid w:val="004531D5"/>
    <w:rsid w:val="004614F7"/>
    <w:rsid w:val="00467F97"/>
    <w:rsid w:val="0047077D"/>
    <w:rsid w:val="0049544E"/>
    <w:rsid w:val="00497585"/>
    <w:rsid w:val="004A1FB7"/>
    <w:rsid w:val="004A45A5"/>
    <w:rsid w:val="004A77B5"/>
    <w:rsid w:val="004B0407"/>
    <w:rsid w:val="004B375F"/>
    <w:rsid w:val="004B37E2"/>
    <w:rsid w:val="004B52A0"/>
    <w:rsid w:val="004B590E"/>
    <w:rsid w:val="004B5986"/>
    <w:rsid w:val="004D69A8"/>
    <w:rsid w:val="004F5E69"/>
    <w:rsid w:val="004F6090"/>
    <w:rsid w:val="005158A9"/>
    <w:rsid w:val="00524277"/>
    <w:rsid w:val="00530E1C"/>
    <w:rsid w:val="00535F71"/>
    <w:rsid w:val="005474FF"/>
    <w:rsid w:val="00562F68"/>
    <w:rsid w:val="0058364F"/>
    <w:rsid w:val="005848ED"/>
    <w:rsid w:val="00597C44"/>
    <w:rsid w:val="00597DB0"/>
    <w:rsid w:val="005A0BDB"/>
    <w:rsid w:val="005A4239"/>
    <w:rsid w:val="005C04E6"/>
    <w:rsid w:val="005C252D"/>
    <w:rsid w:val="005C281C"/>
    <w:rsid w:val="005C5A96"/>
    <w:rsid w:val="005D1EB2"/>
    <w:rsid w:val="005E4825"/>
    <w:rsid w:val="005E4CB7"/>
    <w:rsid w:val="005F4C40"/>
    <w:rsid w:val="005F687C"/>
    <w:rsid w:val="006243C4"/>
    <w:rsid w:val="0063374F"/>
    <w:rsid w:val="0066393D"/>
    <w:rsid w:val="00664328"/>
    <w:rsid w:val="00667B2B"/>
    <w:rsid w:val="0068452C"/>
    <w:rsid w:val="00687ABB"/>
    <w:rsid w:val="0069356E"/>
    <w:rsid w:val="0069593C"/>
    <w:rsid w:val="006A14F8"/>
    <w:rsid w:val="006A2AED"/>
    <w:rsid w:val="006A7D40"/>
    <w:rsid w:val="006B685D"/>
    <w:rsid w:val="006C1801"/>
    <w:rsid w:val="006C6F3F"/>
    <w:rsid w:val="006C78E5"/>
    <w:rsid w:val="006D0A18"/>
    <w:rsid w:val="006F2504"/>
    <w:rsid w:val="006F62A9"/>
    <w:rsid w:val="006F7ED8"/>
    <w:rsid w:val="007071C4"/>
    <w:rsid w:val="00707AF4"/>
    <w:rsid w:val="00725D77"/>
    <w:rsid w:val="00743DB7"/>
    <w:rsid w:val="00744B09"/>
    <w:rsid w:val="0074746C"/>
    <w:rsid w:val="00752A41"/>
    <w:rsid w:val="007538DE"/>
    <w:rsid w:val="007577C2"/>
    <w:rsid w:val="007734CA"/>
    <w:rsid w:val="00777AF4"/>
    <w:rsid w:val="00784B44"/>
    <w:rsid w:val="0079321D"/>
    <w:rsid w:val="00797728"/>
    <w:rsid w:val="007A58B1"/>
    <w:rsid w:val="007A78DC"/>
    <w:rsid w:val="007C1630"/>
    <w:rsid w:val="007D4654"/>
    <w:rsid w:val="007D7AC5"/>
    <w:rsid w:val="007F1B61"/>
    <w:rsid w:val="007F67BC"/>
    <w:rsid w:val="00831AC6"/>
    <w:rsid w:val="00831CD4"/>
    <w:rsid w:val="00833617"/>
    <w:rsid w:val="00837CCF"/>
    <w:rsid w:val="00841D84"/>
    <w:rsid w:val="00853358"/>
    <w:rsid w:val="00863CF6"/>
    <w:rsid w:val="00866DC9"/>
    <w:rsid w:val="008730D6"/>
    <w:rsid w:val="008742CA"/>
    <w:rsid w:val="008743BE"/>
    <w:rsid w:val="0087794C"/>
    <w:rsid w:val="00892E5B"/>
    <w:rsid w:val="00893575"/>
    <w:rsid w:val="008A5C88"/>
    <w:rsid w:val="008D5882"/>
    <w:rsid w:val="008D617E"/>
    <w:rsid w:val="008D6E0A"/>
    <w:rsid w:val="008E396E"/>
    <w:rsid w:val="008E7589"/>
    <w:rsid w:val="008F3459"/>
    <w:rsid w:val="008F41DC"/>
    <w:rsid w:val="009015DA"/>
    <w:rsid w:val="00913D6F"/>
    <w:rsid w:val="00921686"/>
    <w:rsid w:val="0092285A"/>
    <w:rsid w:val="00922E39"/>
    <w:rsid w:val="00927D72"/>
    <w:rsid w:val="00931D70"/>
    <w:rsid w:val="0094542B"/>
    <w:rsid w:val="00957D18"/>
    <w:rsid w:val="00971DE2"/>
    <w:rsid w:val="00986CAD"/>
    <w:rsid w:val="009C0421"/>
    <w:rsid w:val="009E2B6F"/>
    <w:rsid w:val="009F1180"/>
    <w:rsid w:val="009F744B"/>
    <w:rsid w:val="009F7F64"/>
    <w:rsid w:val="00A02AA5"/>
    <w:rsid w:val="00A04F4D"/>
    <w:rsid w:val="00A20EC2"/>
    <w:rsid w:val="00A37F22"/>
    <w:rsid w:val="00A42590"/>
    <w:rsid w:val="00A44FE0"/>
    <w:rsid w:val="00A51363"/>
    <w:rsid w:val="00A57948"/>
    <w:rsid w:val="00A70756"/>
    <w:rsid w:val="00A71BF9"/>
    <w:rsid w:val="00A71F2E"/>
    <w:rsid w:val="00A73329"/>
    <w:rsid w:val="00A94DA3"/>
    <w:rsid w:val="00AA1D8D"/>
    <w:rsid w:val="00AB60BA"/>
    <w:rsid w:val="00AC47CD"/>
    <w:rsid w:val="00AC6876"/>
    <w:rsid w:val="00AE153E"/>
    <w:rsid w:val="00AE17CB"/>
    <w:rsid w:val="00AE4B03"/>
    <w:rsid w:val="00AF078C"/>
    <w:rsid w:val="00AF70D7"/>
    <w:rsid w:val="00B05307"/>
    <w:rsid w:val="00B058A2"/>
    <w:rsid w:val="00B14BD8"/>
    <w:rsid w:val="00B24A62"/>
    <w:rsid w:val="00B252ED"/>
    <w:rsid w:val="00B25448"/>
    <w:rsid w:val="00B36A82"/>
    <w:rsid w:val="00B47730"/>
    <w:rsid w:val="00B52139"/>
    <w:rsid w:val="00B551F3"/>
    <w:rsid w:val="00B55C22"/>
    <w:rsid w:val="00B57D08"/>
    <w:rsid w:val="00B627AB"/>
    <w:rsid w:val="00B63965"/>
    <w:rsid w:val="00B660AB"/>
    <w:rsid w:val="00B66D46"/>
    <w:rsid w:val="00B6746D"/>
    <w:rsid w:val="00B74486"/>
    <w:rsid w:val="00B76F62"/>
    <w:rsid w:val="00B83644"/>
    <w:rsid w:val="00B83A06"/>
    <w:rsid w:val="00B87191"/>
    <w:rsid w:val="00B90F5C"/>
    <w:rsid w:val="00B9426B"/>
    <w:rsid w:val="00BB26B3"/>
    <w:rsid w:val="00BC4E3D"/>
    <w:rsid w:val="00BE7C80"/>
    <w:rsid w:val="00BF21F6"/>
    <w:rsid w:val="00C0368A"/>
    <w:rsid w:val="00C073D0"/>
    <w:rsid w:val="00C1318C"/>
    <w:rsid w:val="00C13270"/>
    <w:rsid w:val="00C16EC2"/>
    <w:rsid w:val="00C25D2E"/>
    <w:rsid w:val="00C3353A"/>
    <w:rsid w:val="00C470AE"/>
    <w:rsid w:val="00C65820"/>
    <w:rsid w:val="00C743BE"/>
    <w:rsid w:val="00C758AE"/>
    <w:rsid w:val="00C90163"/>
    <w:rsid w:val="00C906BD"/>
    <w:rsid w:val="00C939F0"/>
    <w:rsid w:val="00CB0664"/>
    <w:rsid w:val="00CB6822"/>
    <w:rsid w:val="00CE1378"/>
    <w:rsid w:val="00CE6F84"/>
    <w:rsid w:val="00CF3F6F"/>
    <w:rsid w:val="00CF7618"/>
    <w:rsid w:val="00D143D1"/>
    <w:rsid w:val="00D17A65"/>
    <w:rsid w:val="00D26E9D"/>
    <w:rsid w:val="00D31914"/>
    <w:rsid w:val="00D4736F"/>
    <w:rsid w:val="00D57603"/>
    <w:rsid w:val="00D64A43"/>
    <w:rsid w:val="00D67CE8"/>
    <w:rsid w:val="00D72401"/>
    <w:rsid w:val="00D75DE1"/>
    <w:rsid w:val="00D76CF0"/>
    <w:rsid w:val="00D7762A"/>
    <w:rsid w:val="00D86B13"/>
    <w:rsid w:val="00D92EE3"/>
    <w:rsid w:val="00D96822"/>
    <w:rsid w:val="00DA4578"/>
    <w:rsid w:val="00DA6201"/>
    <w:rsid w:val="00DB7334"/>
    <w:rsid w:val="00DC3708"/>
    <w:rsid w:val="00DC500C"/>
    <w:rsid w:val="00DD694C"/>
    <w:rsid w:val="00DE0A0B"/>
    <w:rsid w:val="00DE1876"/>
    <w:rsid w:val="00DE52CC"/>
    <w:rsid w:val="00DE6251"/>
    <w:rsid w:val="00DE6933"/>
    <w:rsid w:val="00DF5831"/>
    <w:rsid w:val="00DF7DD4"/>
    <w:rsid w:val="00E02A42"/>
    <w:rsid w:val="00E0358A"/>
    <w:rsid w:val="00E04352"/>
    <w:rsid w:val="00E172F0"/>
    <w:rsid w:val="00E3573E"/>
    <w:rsid w:val="00E403C4"/>
    <w:rsid w:val="00E502C7"/>
    <w:rsid w:val="00E51CEF"/>
    <w:rsid w:val="00E55AC7"/>
    <w:rsid w:val="00E564D9"/>
    <w:rsid w:val="00E71B03"/>
    <w:rsid w:val="00E71E18"/>
    <w:rsid w:val="00E72898"/>
    <w:rsid w:val="00E7587A"/>
    <w:rsid w:val="00E779C2"/>
    <w:rsid w:val="00E77A53"/>
    <w:rsid w:val="00E85AC9"/>
    <w:rsid w:val="00E87C8C"/>
    <w:rsid w:val="00E91C0D"/>
    <w:rsid w:val="00E966DE"/>
    <w:rsid w:val="00EA2BE8"/>
    <w:rsid w:val="00EA5338"/>
    <w:rsid w:val="00EA795A"/>
    <w:rsid w:val="00EB6B8D"/>
    <w:rsid w:val="00ED2CB4"/>
    <w:rsid w:val="00EE3C7A"/>
    <w:rsid w:val="00F16540"/>
    <w:rsid w:val="00F16D32"/>
    <w:rsid w:val="00F2156D"/>
    <w:rsid w:val="00F2505C"/>
    <w:rsid w:val="00F3784C"/>
    <w:rsid w:val="00F40B67"/>
    <w:rsid w:val="00F45294"/>
    <w:rsid w:val="00F46AFF"/>
    <w:rsid w:val="00F557E8"/>
    <w:rsid w:val="00F63B22"/>
    <w:rsid w:val="00F73E85"/>
    <w:rsid w:val="00F77965"/>
    <w:rsid w:val="00F83B46"/>
    <w:rsid w:val="00F92CCB"/>
    <w:rsid w:val="00F95A1B"/>
    <w:rsid w:val="00F95F5E"/>
    <w:rsid w:val="00FA26C1"/>
    <w:rsid w:val="00FA3EBE"/>
    <w:rsid w:val="00FA69C1"/>
    <w:rsid w:val="00FB0FDE"/>
    <w:rsid w:val="00FB1828"/>
    <w:rsid w:val="00FB5A60"/>
    <w:rsid w:val="00FC483F"/>
    <w:rsid w:val="00FC524B"/>
    <w:rsid w:val="00FC693F"/>
    <w:rsid w:val="00FD39D4"/>
    <w:rsid w:val="00FD78E2"/>
    <w:rsid w:val="00FF0A2D"/>
    <w:rsid w:val="01575084"/>
    <w:rsid w:val="03BBA8AA"/>
    <w:rsid w:val="04CD580B"/>
    <w:rsid w:val="060072D9"/>
    <w:rsid w:val="061648EB"/>
    <w:rsid w:val="06194960"/>
    <w:rsid w:val="07E6535B"/>
    <w:rsid w:val="081044A3"/>
    <w:rsid w:val="087244F5"/>
    <w:rsid w:val="09E323EA"/>
    <w:rsid w:val="0A723EA3"/>
    <w:rsid w:val="0C0285AA"/>
    <w:rsid w:val="0D3F5E98"/>
    <w:rsid w:val="10ADA02E"/>
    <w:rsid w:val="12BD933B"/>
    <w:rsid w:val="15140F25"/>
    <w:rsid w:val="15FC29C0"/>
    <w:rsid w:val="18CED838"/>
    <w:rsid w:val="1968D2B2"/>
    <w:rsid w:val="1A96B34E"/>
    <w:rsid w:val="1B46601F"/>
    <w:rsid w:val="1BACD325"/>
    <w:rsid w:val="1C823AF7"/>
    <w:rsid w:val="1D277FC2"/>
    <w:rsid w:val="1E09E35D"/>
    <w:rsid w:val="1F3250FC"/>
    <w:rsid w:val="20246F18"/>
    <w:rsid w:val="20F232C0"/>
    <w:rsid w:val="25DD7597"/>
    <w:rsid w:val="26A489FC"/>
    <w:rsid w:val="27581294"/>
    <w:rsid w:val="29E433C9"/>
    <w:rsid w:val="2C38B3D2"/>
    <w:rsid w:val="2CB82524"/>
    <w:rsid w:val="2E4CEFF1"/>
    <w:rsid w:val="2E5171F9"/>
    <w:rsid w:val="2FF728D7"/>
    <w:rsid w:val="331CEEEF"/>
    <w:rsid w:val="33F3FA49"/>
    <w:rsid w:val="3556056A"/>
    <w:rsid w:val="383D71F0"/>
    <w:rsid w:val="398EE88E"/>
    <w:rsid w:val="3E581AF4"/>
    <w:rsid w:val="3E8CBB40"/>
    <w:rsid w:val="42B2D01D"/>
    <w:rsid w:val="44765A84"/>
    <w:rsid w:val="47527315"/>
    <w:rsid w:val="47750079"/>
    <w:rsid w:val="479D09CB"/>
    <w:rsid w:val="48052058"/>
    <w:rsid w:val="4B6030E8"/>
    <w:rsid w:val="4B7720B4"/>
    <w:rsid w:val="4D7FECB5"/>
    <w:rsid w:val="4E3B0166"/>
    <w:rsid w:val="4F37BF9E"/>
    <w:rsid w:val="5389EA5C"/>
    <w:rsid w:val="541A935A"/>
    <w:rsid w:val="54887F76"/>
    <w:rsid w:val="58F0D9A1"/>
    <w:rsid w:val="5B441AA0"/>
    <w:rsid w:val="5CA4EEE1"/>
    <w:rsid w:val="5EEDC018"/>
    <w:rsid w:val="60595A08"/>
    <w:rsid w:val="60CF3D09"/>
    <w:rsid w:val="6226F979"/>
    <w:rsid w:val="6239F1C2"/>
    <w:rsid w:val="6455E12A"/>
    <w:rsid w:val="657C9400"/>
    <w:rsid w:val="65DC5D21"/>
    <w:rsid w:val="6619D96C"/>
    <w:rsid w:val="6808218B"/>
    <w:rsid w:val="6901A039"/>
    <w:rsid w:val="69F5DD22"/>
    <w:rsid w:val="6F7F4829"/>
    <w:rsid w:val="71EA1925"/>
    <w:rsid w:val="72A06A52"/>
    <w:rsid w:val="76B9C4D8"/>
    <w:rsid w:val="79B89199"/>
    <w:rsid w:val="7A4C7F35"/>
    <w:rsid w:val="7DCFCAAA"/>
    <w:rsid w:val="7EE80339"/>
    <w:rsid w:val="7EEF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A92510"/>
  <w14:defaultImageDpi w14:val="300"/>
  <w15:docId w15:val="{6B5A480C-C3FF-4ED0-98EA-F870A7DA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D58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5882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5882"/>
    <w:rPr>
      <w:rFonts w:ascii="Calibri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58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5882"/>
    <w:rPr>
      <w:rFonts w:ascii="Calibri" w:eastAsia="Calibri" w:hAnsi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3BCD"/>
    <w:pPr>
      <w:spacing w:after="0" w:line="240" w:lineRule="auto"/>
    </w:pPr>
    <w:rPr>
      <w:rFonts w:ascii="Calibri" w:eastAsia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F26D5A5E6A7B48969CC172B6C19D03" ma:contentTypeVersion="26" ma:contentTypeDescription="Create a new document." ma:contentTypeScope="" ma:versionID="9ad1f9e7db9ff307c18e6da0f6bd9ac4">
  <xsd:schema xmlns:xsd="http://www.w3.org/2001/XMLSchema" xmlns:xs="http://www.w3.org/2001/XMLSchema" xmlns:p="http://schemas.microsoft.com/office/2006/metadata/properties" xmlns:ns2="42e21ee1-8e13-46c6-b775-69c4c9f561ff" xmlns:ns3="2a2c6b6e-b2ea-4611-9a92-98190716b015" targetNamespace="http://schemas.microsoft.com/office/2006/metadata/properties" ma:root="true" ma:fieldsID="bb3833f1c7a811ce104c9074b019e795" ns2:_="" ns3:_="">
    <xsd:import namespace="42e21ee1-8e13-46c6-b775-69c4c9f561ff"/>
    <xsd:import namespace="2a2c6b6e-b2ea-4611-9a92-98190716b0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astname" minOccurs="0"/>
                <xsd:element ref="ns2:Firstname" minOccurs="0"/>
                <xsd:element ref="ns2:DOB" minOccurs="0"/>
                <xsd:element ref="ns2:CERTNUM" minOccurs="0"/>
                <xsd:element ref="ns2:EXPIR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etingType" minOccurs="0"/>
                <xsd:element ref="ns2:MediaServiceObjectDetectorVersions" minOccurs="0"/>
                <xsd:element ref="ns2:GRADUATIONDATE" minOccurs="0"/>
                <xsd:element ref="ns2:MediaServiceSearchProperties" minOccurs="0"/>
                <xsd:element ref="ns2:MediaServiceLocation" minOccurs="0"/>
                <xsd:element ref="ns2:h9fc" minOccurs="0"/>
                <xsd:element ref="ns2:MediaServiceBillingMetadata" minOccurs="0"/>
                <xsd:element ref="ns2:ReportDescription" minOccurs="0"/>
                <xsd:element ref="ns2:Request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21ee1-8e13-46c6-b775-69c4c9f56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astname" ma:index="12" nillable="true" ma:displayName="Lastname" ma:format="Dropdown" ma:internalName="Lastname">
      <xsd:simpleType>
        <xsd:restriction base="dms:Text">
          <xsd:maxLength value="255"/>
        </xsd:restriction>
      </xsd:simpleType>
    </xsd:element>
    <xsd:element name="Firstname" ma:index="13" nillable="true" ma:displayName="Firstname" ma:format="Dropdown" ma:internalName="Firstname">
      <xsd:simpleType>
        <xsd:restriction base="dms:Text">
          <xsd:maxLength value="255"/>
        </xsd:restriction>
      </xsd:simpleType>
    </xsd:element>
    <xsd:element name="DOB" ma:index="14" nillable="true" ma:displayName="DOB" ma:format="DateOnly" ma:internalName="DOB">
      <xsd:simpleType>
        <xsd:restriction base="dms:DateTime"/>
      </xsd:simpleType>
    </xsd:element>
    <xsd:element name="CERTNUM" ma:index="15" nillable="true" ma:displayName="CERT NUM" ma:format="Dropdown" ma:internalName="CERTNUM">
      <xsd:simpleType>
        <xsd:restriction base="dms:Text">
          <xsd:maxLength value="255"/>
        </xsd:restriction>
      </xsd:simpleType>
    </xsd:element>
    <xsd:element name="EXPIRE" ma:index="16" nillable="true" ma:displayName="ISSUED" ma:format="DateOnly" ma:internalName="EXPIRE">
      <xsd:simpleType>
        <xsd:restriction base="dms:DateTim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etingType" ma:index="25" nillable="true" ma:displayName="Meeting Type" ma:format="Dropdown" ma:internalName="MeetingType">
      <xsd:simpleType>
        <xsd:restriction base="dms:Choice">
          <xsd:enumeration value="Public Meeting"/>
          <xsd:enumeration value="Executive Session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GRADUATIONDATE" ma:index="27" nillable="true" ma:displayName="GRADUATION DATE" ma:default="9/15/2023" ma:format="Dropdown" ma:internalName="GRADUATIONDATE">
      <xsd:simpleType>
        <xsd:restriction base="dms:Text">
          <xsd:maxLength value="255"/>
        </xsd:restriction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9" nillable="true" ma:displayName="Location" ma:description="" ma:indexed="true" ma:internalName="MediaServiceLocation" ma:readOnly="true">
      <xsd:simpleType>
        <xsd:restriction base="dms:Text"/>
      </xsd:simpleType>
    </xsd:element>
    <xsd:element name="h9fc" ma:index="30" nillable="true" ma:displayName="Date and Time" ma:internalName="h9fc">
      <xsd:simpleType>
        <xsd:restriction base="dms:DateTim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ReportDescription" ma:index="32" nillable="true" ma:displayName="Report Description" ma:format="Dropdown" ma:internalName="ReportDescription">
      <xsd:simpleType>
        <xsd:restriction base="dms:Note">
          <xsd:maxLength value="255"/>
        </xsd:restriction>
      </xsd:simpleType>
    </xsd:element>
    <xsd:element name="RequestedBy" ma:index="33" nillable="true" ma:displayName="Requested By" ma:format="Dropdown" ma:list="UserInfo" ma:SharePointGroup="0" ma:internalName="Reques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c6b6e-b2ea-4611-9a92-98190716b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4f23721-9877-44a4-af10-bff3aab4ebbd}" ma:internalName="TaxCatchAll" ma:showField="CatchAllData" ma:web="2a2c6b6e-b2ea-4611-9a92-98190716b0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2c6b6e-b2ea-4611-9a92-98190716b015" xsi:nil="true"/>
    <ReportDescription xmlns="42e21ee1-8e13-46c6-b775-69c4c9f561ff" xsi:nil="true"/>
    <lcf76f155ced4ddcb4097134ff3c332f xmlns="42e21ee1-8e13-46c6-b775-69c4c9f561ff">
      <Terms xmlns="http://schemas.microsoft.com/office/infopath/2007/PartnerControls"/>
    </lcf76f155ced4ddcb4097134ff3c332f>
    <DOB xmlns="42e21ee1-8e13-46c6-b775-69c4c9f561ff" xsi:nil="true"/>
    <MeetingType xmlns="42e21ee1-8e13-46c6-b775-69c4c9f561ff" xsi:nil="true"/>
    <EXPIRE xmlns="42e21ee1-8e13-46c6-b775-69c4c9f561ff" xsi:nil="true"/>
    <GRADUATIONDATE xmlns="42e21ee1-8e13-46c6-b775-69c4c9f561ff">9/15/2023</GRADUATIONDATE>
    <h9fc xmlns="42e21ee1-8e13-46c6-b775-69c4c9f561ff" xsi:nil="true"/>
    <RequestedBy xmlns="42e21ee1-8e13-46c6-b775-69c4c9f561ff">
      <UserInfo>
        <DisplayName/>
        <AccountId xsi:nil="true"/>
        <AccountType/>
      </UserInfo>
    </RequestedBy>
    <CERTNUM xmlns="42e21ee1-8e13-46c6-b775-69c4c9f561ff" xsi:nil="true"/>
    <Lastname xmlns="42e21ee1-8e13-46c6-b775-69c4c9f561ff" xsi:nil="true"/>
    <Firstname xmlns="42e21ee1-8e13-46c6-b775-69c4c9f561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6D5686-A049-44AD-8DDA-441FDB2B1A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92FCC7-033D-40C9-83BC-5721C6C87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21ee1-8e13-46c6-b775-69c4c9f561ff"/>
    <ds:schemaRef ds:uri="2a2c6b6e-b2ea-4611-9a92-98190716b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87B1F0-184D-4981-AD61-264306C7F732}">
  <ds:schemaRefs>
    <ds:schemaRef ds:uri="http://schemas.microsoft.com/office/2006/metadata/properties"/>
    <ds:schemaRef ds:uri="http://schemas.microsoft.com/office/infopath/2007/PartnerControls"/>
    <ds:schemaRef ds:uri="2a2c6b6e-b2ea-4611-9a92-98190716b015"/>
    <ds:schemaRef ds:uri="42e21ee1-8e13-46c6-b775-69c4c9f561ff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</Words>
  <Characters>3657</Characters>
  <Application>Microsoft Office Word</Application>
  <DocSecurity>0</DocSecurity>
  <Lines>30</Lines>
  <Paragraphs>8</Paragraphs>
  <ScaleCrop>false</ScaleCrop>
  <Manager/>
  <Company/>
  <LinksUpToDate>false</LinksUpToDate>
  <CharactersWithSpaces>4290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Rosario-Munoz, Kayla (CJT)</cp:lastModifiedBy>
  <cp:revision>2</cp:revision>
  <cp:lastPrinted>2026-09-21T15:11:00Z</cp:lastPrinted>
  <dcterms:created xsi:type="dcterms:W3CDTF">2026-09-29T14:29:00Z</dcterms:created>
  <dcterms:modified xsi:type="dcterms:W3CDTF">2026-09-29T14:29:00Z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0x01010026F26D5A5E6A7B48969CC172B6C19D03</vt:lpwstr>
  </property>
  <property fmtid="{D5CDD505-2E9C-101B-9397-08002B2CF9AE}" pid="3" name="MediaServiceImageTags">
    <vt:lpwstr/>
  </property>
</Properties>
</file>